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4562A" w14:textId="767BC2C3" w:rsidR="00302BFC" w:rsidRPr="00D2356E" w:rsidRDefault="00302BFC" w:rsidP="00CB3DEF">
      <w:pPr>
        <w:spacing w:before="140" w:after="80"/>
        <w:jc w:val="center"/>
        <w:rPr>
          <w:rFonts w:cs="Arial"/>
          <w:b/>
          <w:szCs w:val="20"/>
        </w:rPr>
      </w:pPr>
      <w:r w:rsidRPr="00D2356E">
        <w:rPr>
          <w:rFonts w:cs="Arial"/>
          <w:b/>
          <w:szCs w:val="20"/>
        </w:rPr>
        <w:t>INFORME MENSUAL DE ACTIVIDADES DE GESTIÓN EDUCATIVA</w:t>
      </w:r>
    </w:p>
    <w:p w14:paraId="787FC944" w14:textId="6D905D9C" w:rsidR="007B2B38" w:rsidRPr="009B22AB" w:rsidRDefault="007B2B38" w:rsidP="009B22AB">
      <w:pPr>
        <w:jc w:val="center"/>
        <w:rPr>
          <w:rFonts w:cs="Arial"/>
          <w:color w:val="BFBFBF" w:themeColor="background1" w:themeShade="BF"/>
          <w:sz w:val="16"/>
          <w:szCs w:val="16"/>
          <w:shd w:val="clear" w:color="auto" w:fill="FFFFFF"/>
        </w:rPr>
      </w:pPr>
      <w:r w:rsidRPr="009B22AB">
        <w:rPr>
          <w:rFonts w:cs="Arial"/>
          <w:color w:val="BFBFBF" w:themeColor="background1" w:themeShade="BF"/>
          <w:sz w:val="16"/>
          <w:szCs w:val="16"/>
          <w:shd w:val="clear" w:color="auto" w:fill="FFFFFF"/>
        </w:rPr>
        <w:t>(</w:t>
      </w:r>
      <w:r w:rsidR="009B22AB" w:rsidRPr="009B22AB">
        <w:rPr>
          <w:rFonts w:cs="Arial"/>
          <w:color w:val="BFBFBF" w:themeColor="background1" w:themeShade="BF"/>
          <w:sz w:val="16"/>
          <w:szCs w:val="16"/>
          <w:shd w:val="clear" w:color="auto" w:fill="FFFFFF"/>
        </w:rPr>
        <w:t>Este formato es de uso exclusivo para el personal académico que cumple horas de gestión educativa en direcciones, Rectorado y Vicerrectorado. Se exceptúa de su aplicación al personal académico con horas asignadas a actividades de gestión académica que, en el marco de los procesos institucionales a su cargo, cuente con formatos específicos de informe de actividades debidamente establecidos.</w:t>
      </w:r>
      <w:r w:rsidRPr="009B22AB">
        <w:rPr>
          <w:rFonts w:cs="Arial"/>
          <w:color w:val="BFBFBF" w:themeColor="background1" w:themeShade="BF"/>
          <w:sz w:val="16"/>
          <w:szCs w:val="16"/>
          <w:shd w:val="clear" w:color="auto" w:fill="FFFFFF"/>
        </w:rPr>
        <w:t>)</w:t>
      </w:r>
    </w:p>
    <w:p w14:paraId="768C09D1" w14:textId="78A54D83" w:rsidR="00D73479" w:rsidRPr="00D2356E" w:rsidRDefault="009A4955" w:rsidP="00CB3DEF">
      <w:pPr>
        <w:pStyle w:val="Prrafodelista"/>
        <w:numPr>
          <w:ilvl w:val="0"/>
          <w:numId w:val="10"/>
        </w:numPr>
        <w:spacing w:before="140" w:after="80"/>
        <w:ind w:left="284" w:hanging="284"/>
        <w:rPr>
          <w:rFonts w:cs="Arial"/>
          <w:szCs w:val="20"/>
        </w:rPr>
      </w:pPr>
      <w:r w:rsidRPr="00D2356E">
        <w:rPr>
          <w:rFonts w:cs="Arial"/>
          <w:b/>
          <w:szCs w:val="20"/>
        </w:rPr>
        <w:t>NORMATIVA.</w:t>
      </w:r>
    </w:p>
    <w:p w14:paraId="6325F266" w14:textId="3179648D" w:rsidR="007B2B38" w:rsidRPr="003A15F9" w:rsidRDefault="007B2B38" w:rsidP="00CB3DEF">
      <w:pPr>
        <w:spacing w:before="140" w:after="80"/>
        <w:jc w:val="both"/>
        <w:rPr>
          <w:rFonts w:cs="Arial"/>
          <w:color w:val="000000"/>
          <w:szCs w:val="20"/>
          <w:shd w:val="clear" w:color="auto" w:fill="FFFFFF"/>
          <w:lang w:val="es-EC"/>
        </w:rPr>
      </w:pPr>
      <w:r w:rsidRPr="00D2356E">
        <w:rPr>
          <w:rFonts w:cs="Arial"/>
          <w:color w:val="000000"/>
          <w:szCs w:val="20"/>
          <w:shd w:val="clear" w:color="auto" w:fill="FFFFFF"/>
        </w:rPr>
        <w:t>El Reglamento de Carrera y Escalafón del Personal Académico del Sistema de Educación Superior, en sus artículos 9, 10, 11</w:t>
      </w:r>
      <w:r w:rsidR="003A15F9">
        <w:rPr>
          <w:rFonts w:cs="Arial"/>
          <w:color w:val="000000"/>
          <w:szCs w:val="20"/>
          <w:shd w:val="clear" w:color="auto" w:fill="FFFFFF"/>
        </w:rPr>
        <w:t>, 12, 13, 16</w:t>
      </w:r>
      <w:r w:rsidRPr="00D2356E">
        <w:rPr>
          <w:rFonts w:cs="Arial"/>
          <w:color w:val="000000"/>
          <w:szCs w:val="20"/>
          <w:shd w:val="clear" w:color="auto" w:fill="FFFFFF"/>
        </w:rPr>
        <w:t xml:space="preserve"> y 93, establece las disposiciones relacionadas con las actividades de gestión educativa, el régimen y las horas de dedicación del personal académico, así como los instrumentos y procedimientos para la evaluación integral del desempeño académico. </w:t>
      </w:r>
      <w:r w:rsidR="003A15F9" w:rsidRPr="003A15F9">
        <w:rPr>
          <w:rFonts w:cs="Arial"/>
          <w:color w:val="000000"/>
          <w:szCs w:val="20"/>
          <w:shd w:val="clear" w:color="auto" w:fill="FFFFFF"/>
          <w:lang w:val="es-EC"/>
        </w:rPr>
        <w:t xml:space="preserve">En concordancia con esta normativa, </w:t>
      </w:r>
      <w:r w:rsidRPr="00D2356E">
        <w:rPr>
          <w:rFonts w:cs="Arial"/>
          <w:color w:val="000000"/>
          <w:szCs w:val="20"/>
          <w:shd w:val="clear" w:color="auto" w:fill="FFFFFF"/>
        </w:rPr>
        <w:t>el Estatuto de la Universidad Laica “Eloy Alfaro” de Manabí y las Políticas de Distribución y Aprobación de la Carga Horaria del Personal Académico de la ULEAM regulan</w:t>
      </w:r>
      <w:r w:rsidR="003A15F9">
        <w:rPr>
          <w:rFonts w:cs="Arial"/>
          <w:color w:val="000000"/>
          <w:szCs w:val="20"/>
          <w:shd w:val="clear" w:color="auto" w:fill="FFFFFF"/>
        </w:rPr>
        <w:t xml:space="preserve"> </w:t>
      </w:r>
      <w:r w:rsidRPr="00D2356E">
        <w:rPr>
          <w:rFonts w:cs="Arial"/>
          <w:color w:val="000000"/>
          <w:szCs w:val="20"/>
          <w:shd w:val="clear" w:color="auto" w:fill="FFFFFF"/>
        </w:rPr>
        <w:t xml:space="preserve">las atribuciones y responsabilidades vinculadas a las actividades de gestión educativa, la asignación de carga </w:t>
      </w:r>
      <w:r w:rsidR="003A15F9">
        <w:rPr>
          <w:rFonts w:cs="Arial"/>
          <w:color w:val="000000"/>
          <w:szCs w:val="20"/>
          <w:shd w:val="clear" w:color="auto" w:fill="FFFFFF"/>
        </w:rPr>
        <w:t>horaria</w:t>
      </w:r>
      <w:r w:rsidRPr="00D2356E">
        <w:rPr>
          <w:rFonts w:cs="Arial"/>
          <w:color w:val="000000"/>
          <w:szCs w:val="20"/>
          <w:shd w:val="clear" w:color="auto" w:fill="FFFFFF"/>
        </w:rPr>
        <w:t xml:space="preserve">, </w:t>
      </w:r>
      <w:r w:rsidR="003A15F9">
        <w:rPr>
          <w:rFonts w:cs="Arial"/>
          <w:color w:val="000000"/>
          <w:szCs w:val="20"/>
          <w:shd w:val="clear" w:color="auto" w:fill="FFFFFF"/>
        </w:rPr>
        <w:t>y las</w:t>
      </w:r>
      <w:r w:rsidRPr="00D2356E">
        <w:rPr>
          <w:rFonts w:cs="Arial"/>
          <w:color w:val="000000"/>
          <w:szCs w:val="20"/>
          <w:shd w:val="clear" w:color="auto" w:fill="FFFFFF"/>
        </w:rPr>
        <w:t xml:space="preserve"> franjas horarias destinadas </w:t>
      </w:r>
      <w:r w:rsidR="003A15F9">
        <w:rPr>
          <w:rFonts w:cs="Arial"/>
          <w:color w:val="000000"/>
          <w:szCs w:val="20"/>
          <w:shd w:val="clear" w:color="auto" w:fill="FFFFFF"/>
        </w:rPr>
        <w:t>a su desarrollo.</w:t>
      </w:r>
    </w:p>
    <w:p w14:paraId="415230F7" w14:textId="77777777" w:rsidR="007B2B38" w:rsidRPr="00D2356E" w:rsidRDefault="007B2B38" w:rsidP="00CB3DEF">
      <w:pPr>
        <w:spacing w:after="0"/>
        <w:jc w:val="both"/>
        <w:rPr>
          <w:rFonts w:cs="Arial"/>
          <w:color w:val="000000"/>
          <w:szCs w:val="20"/>
          <w:shd w:val="clear" w:color="auto" w:fill="FFFFFF"/>
        </w:rPr>
      </w:pPr>
    </w:p>
    <w:p w14:paraId="79415C1B" w14:textId="0EEFB175" w:rsidR="004D2DA2" w:rsidRPr="00D2356E" w:rsidRDefault="003A45D3" w:rsidP="00CB3DEF">
      <w:pPr>
        <w:pStyle w:val="Prrafodelista"/>
        <w:numPr>
          <w:ilvl w:val="0"/>
          <w:numId w:val="10"/>
        </w:numPr>
        <w:spacing w:before="140" w:after="80"/>
        <w:ind w:left="284" w:hanging="284"/>
        <w:rPr>
          <w:rFonts w:cs="Arial"/>
          <w:b/>
          <w:szCs w:val="20"/>
        </w:rPr>
      </w:pPr>
      <w:r w:rsidRPr="00D2356E">
        <w:rPr>
          <w:rFonts w:cs="Arial"/>
          <w:b/>
          <w:szCs w:val="20"/>
        </w:rPr>
        <w:t>DATOS GENERALES</w:t>
      </w:r>
      <w:r w:rsidR="009A4955" w:rsidRPr="00D2356E">
        <w:rPr>
          <w:rFonts w:cs="Arial"/>
          <w:b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147"/>
      </w:tblGrid>
      <w:tr w:rsidR="004D2DA2" w:rsidRPr="00D2356E" w14:paraId="24F9F569" w14:textId="77777777" w:rsidTr="006056F2">
        <w:trPr>
          <w:jc w:val="center"/>
        </w:trPr>
        <w:tc>
          <w:tcPr>
            <w:tcW w:w="3964" w:type="dxa"/>
            <w:shd w:val="clear" w:color="auto" w:fill="D9EAF7"/>
            <w:vAlign w:val="center"/>
          </w:tcPr>
          <w:p w14:paraId="5B776D85" w14:textId="77777777" w:rsidR="004D2DA2" w:rsidRPr="00D2356E" w:rsidRDefault="003A45D3" w:rsidP="00CB3DEF">
            <w:pPr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Nombre del profesor</w:t>
            </w:r>
          </w:p>
        </w:tc>
        <w:tc>
          <w:tcPr>
            <w:tcW w:w="5147" w:type="dxa"/>
            <w:vAlign w:val="center"/>
          </w:tcPr>
          <w:p w14:paraId="0FB16EF2" w14:textId="0115B24F" w:rsidR="004D2DA2" w:rsidRPr="00D2356E" w:rsidRDefault="004D18D8" w:rsidP="00CB3DEF">
            <w:pPr>
              <w:jc w:val="both"/>
              <w:rPr>
                <w:rFonts w:cs="Arial"/>
                <w:color w:val="BFBFBF" w:themeColor="background1" w:themeShade="BF"/>
                <w:szCs w:val="20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>Apellidos y nombres completos.</w:t>
            </w:r>
          </w:p>
        </w:tc>
      </w:tr>
      <w:tr w:rsidR="004D2DA2" w:rsidRPr="00D2356E" w14:paraId="0AD68441" w14:textId="77777777" w:rsidTr="006056F2">
        <w:trPr>
          <w:trHeight w:val="514"/>
          <w:jc w:val="center"/>
        </w:trPr>
        <w:tc>
          <w:tcPr>
            <w:tcW w:w="3964" w:type="dxa"/>
            <w:shd w:val="clear" w:color="auto" w:fill="D9EAF7"/>
            <w:vAlign w:val="center"/>
          </w:tcPr>
          <w:p w14:paraId="2448792A" w14:textId="540D551D" w:rsidR="004D2DA2" w:rsidRPr="00D2356E" w:rsidRDefault="004D18D8" w:rsidP="00CB3DEF">
            <w:pPr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Unidad Académica</w:t>
            </w:r>
          </w:p>
        </w:tc>
        <w:tc>
          <w:tcPr>
            <w:tcW w:w="5147" w:type="dxa"/>
            <w:vAlign w:val="center"/>
          </w:tcPr>
          <w:p w14:paraId="0B5D06B2" w14:textId="7C7869BF" w:rsidR="004D2DA2" w:rsidRPr="00D2356E" w:rsidRDefault="004D18D8" w:rsidP="00CB3DEF">
            <w:pPr>
              <w:rPr>
                <w:rFonts w:cs="Arial"/>
                <w:color w:val="BFBFBF" w:themeColor="background1" w:themeShade="BF"/>
                <w:szCs w:val="20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</w:rPr>
              <w:t>Nombre de la Facultad, Sede, Extensión, Campus, Instituto.</w:t>
            </w:r>
          </w:p>
        </w:tc>
      </w:tr>
      <w:tr w:rsidR="004D2DA2" w:rsidRPr="00D2356E" w14:paraId="4FBCC78A" w14:textId="77777777" w:rsidTr="00AE4EFB">
        <w:trPr>
          <w:trHeight w:val="606"/>
          <w:jc w:val="center"/>
        </w:trPr>
        <w:tc>
          <w:tcPr>
            <w:tcW w:w="3964" w:type="dxa"/>
            <w:shd w:val="clear" w:color="auto" w:fill="D9EAF7"/>
            <w:vAlign w:val="center"/>
          </w:tcPr>
          <w:p w14:paraId="629C5DD2" w14:textId="3C9D0AE2" w:rsidR="004D2DA2" w:rsidRPr="00D2356E" w:rsidRDefault="003A45D3" w:rsidP="00CB3DEF">
            <w:pPr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Carrera</w:t>
            </w:r>
          </w:p>
        </w:tc>
        <w:tc>
          <w:tcPr>
            <w:tcW w:w="5147" w:type="dxa"/>
            <w:vAlign w:val="center"/>
          </w:tcPr>
          <w:p w14:paraId="23C82193" w14:textId="6DB83A53" w:rsidR="004D2DA2" w:rsidRPr="00D2356E" w:rsidRDefault="004D18D8" w:rsidP="00CB3DEF">
            <w:pPr>
              <w:rPr>
                <w:rFonts w:cs="Arial"/>
                <w:color w:val="BFBFBF" w:themeColor="background1" w:themeShade="BF"/>
                <w:szCs w:val="20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</w:rPr>
              <w:t xml:space="preserve">Nombre de la carrera donde predomina su mayor carga horaria </w:t>
            </w:r>
          </w:p>
        </w:tc>
      </w:tr>
      <w:tr w:rsidR="004D2DA2" w:rsidRPr="00D2356E" w14:paraId="20451560" w14:textId="77777777" w:rsidTr="006056F2">
        <w:trPr>
          <w:jc w:val="center"/>
        </w:trPr>
        <w:tc>
          <w:tcPr>
            <w:tcW w:w="3964" w:type="dxa"/>
            <w:shd w:val="clear" w:color="auto" w:fill="D9EAF7"/>
            <w:vAlign w:val="center"/>
          </w:tcPr>
          <w:p w14:paraId="183FC962" w14:textId="77777777" w:rsidR="004D2DA2" w:rsidRPr="00D2356E" w:rsidRDefault="003A45D3" w:rsidP="00CB3DEF">
            <w:pPr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Periodo académico</w:t>
            </w:r>
          </w:p>
        </w:tc>
        <w:tc>
          <w:tcPr>
            <w:tcW w:w="5147" w:type="dxa"/>
            <w:vAlign w:val="center"/>
          </w:tcPr>
          <w:p w14:paraId="621D7CAE" w14:textId="2C6A0C83" w:rsidR="004D2DA2" w:rsidRPr="00D2356E" w:rsidRDefault="004D18D8" w:rsidP="00CB3DEF">
            <w:pPr>
              <w:rPr>
                <w:rFonts w:cs="Arial"/>
                <w:color w:val="BFBFBF" w:themeColor="background1" w:themeShade="BF"/>
                <w:szCs w:val="20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</w:rPr>
              <w:t>202X - X</w:t>
            </w:r>
          </w:p>
        </w:tc>
      </w:tr>
      <w:tr w:rsidR="004D2DA2" w:rsidRPr="00D2356E" w14:paraId="1A7DAD81" w14:textId="77777777" w:rsidTr="006056F2">
        <w:trPr>
          <w:jc w:val="center"/>
        </w:trPr>
        <w:tc>
          <w:tcPr>
            <w:tcW w:w="3964" w:type="dxa"/>
            <w:shd w:val="clear" w:color="auto" w:fill="D9EAF7"/>
            <w:vAlign w:val="center"/>
          </w:tcPr>
          <w:p w14:paraId="1551C883" w14:textId="77777777" w:rsidR="004D2DA2" w:rsidRPr="00D2356E" w:rsidRDefault="003A45D3" w:rsidP="00CB3DEF">
            <w:pPr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Mes reportado</w:t>
            </w:r>
          </w:p>
        </w:tc>
        <w:tc>
          <w:tcPr>
            <w:tcW w:w="5147" w:type="dxa"/>
            <w:vAlign w:val="center"/>
          </w:tcPr>
          <w:p w14:paraId="7D860BC0" w14:textId="2B51A0BE" w:rsidR="004D2DA2" w:rsidRPr="00D2356E" w:rsidRDefault="004D18D8" w:rsidP="00CB3DEF">
            <w:pPr>
              <w:rPr>
                <w:rFonts w:cs="Arial"/>
                <w:color w:val="BFBFBF" w:themeColor="background1" w:themeShade="BF"/>
                <w:szCs w:val="20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</w:rPr>
              <w:t>Julio 2026</w:t>
            </w:r>
          </w:p>
        </w:tc>
      </w:tr>
      <w:tr w:rsidR="004D2DA2" w:rsidRPr="00D2356E" w14:paraId="4953198B" w14:textId="77777777" w:rsidTr="006056F2">
        <w:trPr>
          <w:jc w:val="center"/>
        </w:trPr>
        <w:tc>
          <w:tcPr>
            <w:tcW w:w="3964" w:type="dxa"/>
            <w:shd w:val="clear" w:color="auto" w:fill="D9EAF7"/>
            <w:vAlign w:val="center"/>
          </w:tcPr>
          <w:p w14:paraId="3FB193D0" w14:textId="3E2C2D2A" w:rsidR="004D2DA2" w:rsidRPr="00D2356E" w:rsidRDefault="003A45D3" w:rsidP="00CB3DEF">
            <w:pPr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 xml:space="preserve">Horas </w:t>
            </w:r>
            <w:r w:rsidR="004D18D8" w:rsidRPr="00D2356E">
              <w:rPr>
                <w:rFonts w:cs="Arial"/>
                <w:b/>
                <w:szCs w:val="20"/>
              </w:rPr>
              <w:t xml:space="preserve">mensuales </w:t>
            </w:r>
            <w:r w:rsidRPr="00D2356E">
              <w:rPr>
                <w:rFonts w:cs="Arial"/>
                <w:b/>
                <w:szCs w:val="20"/>
              </w:rPr>
              <w:t>de gestión</w:t>
            </w:r>
            <w:r w:rsidR="004D18D8" w:rsidRPr="00D2356E">
              <w:rPr>
                <w:rFonts w:cs="Arial"/>
                <w:b/>
                <w:szCs w:val="20"/>
              </w:rPr>
              <w:t xml:space="preserve"> asignadas</w:t>
            </w:r>
          </w:p>
        </w:tc>
        <w:tc>
          <w:tcPr>
            <w:tcW w:w="5147" w:type="dxa"/>
            <w:vAlign w:val="center"/>
          </w:tcPr>
          <w:p w14:paraId="1A805BEB" w14:textId="487E7002" w:rsidR="004D2DA2" w:rsidRPr="00D2356E" w:rsidRDefault="004D18D8" w:rsidP="00CB3DEF">
            <w:pPr>
              <w:rPr>
                <w:rFonts w:cs="Arial"/>
                <w:color w:val="BFBFBF" w:themeColor="background1" w:themeShade="BF"/>
                <w:szCs w:val="20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</w:rPr>
              <w:t>24 horas</w:t>
            </w:r>
          </w:p>
        </w:tc>
      </w:tr>
      <w:tr w:rsidR="004D2DA2" w:rsidRPr="00D2356E" w14:paraId="58F43FC5" w14:textId="77777777" w:rsidTr="006056F2">
        <w:trPr>
          <w:trHeight w:val="766"/>
          <w:jc w:val="center"/>
        </w:trPr>
        <w:tc>
          <w:tcPr>
            <w:tcW w:w="3964" w:type="dxa"/>
            <w:shd w:val="clear" w:color="auto" w:fill="D9EAF7"/>
            <w:vAlign w:val="center"/>
          </w:tcPr>
          <w:p w14:paraId="52FC74F1" w14:textId="54B161CF" w:rsidR="004D2DA2" w:rsidRPr="00D2356E" w:rsidRDefault="003A45D3" w:rsidP="00CB3DEF">
            <w:pPr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Responsable inmediato / autoridad</w:t>
            </w:r>
            <w:r w:rsidR="00761389" w:rsidRPr="00D2356E">
              <w:rPr>
                <w:rFonts w:cs="Arial"/>
                <w:b/>
                <w:szCs w:val="20"/>
              </w:rPr>
              <w:t xml:space="preserve"> / unidad </w:t>
            </w:r>
          </w:p>
        </w:tc>
        <w:tc>
          <w:tcPr>
            <w:tcW w:w="5147" w:type="dxa"/>
            <w:vAlign w:val="center"/>
          </w:tcPr>
          <w:p w14:paraId="3A1F2C53" w14:textId="20DE3D50" w:rsidR="004D2DA2" w:rsidRPr="00D2356E" w:rsidRDefault="004D18D8" w:rsidP="00CB3DEF">
            <w:pPr>
              <w:jc w:val="both"/>
              <w:rPr>
                <w:rFonts w:cs="Arial"/>
                <w:color w:val="BFBFBF" w:themeColor="background1" w:themeShade="BF"/>
                <w:szCs w:val="20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>Apellidos y nombres completos</w:t>
            </w:r>
            <w:r w:rsidR="00761389"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 xml:space="preserve"> del inmediato</w:t>
            </w:r>
            <w:r w:rsidR="007B2B38"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 xml:space="preserve"> superior </w:t>
            </w:r>
            <w:r w:rsidR="00761389"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>y nombre de la unidad donde realiza la gestión educativa</w:t>
            </w:r>
            <w:r w:rsidR="007B2B38"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 xml:space="preserve">. Ej: Ing. Benjamín Vélez Fernández, Mg. </w:t>
            </w:r>
            <w:proofErr w:type="gramStart"/>
            <w:r w:rsidR="007B2B38"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>Director</w:t>
            </w:r>
            <w:proofErr w:type="gramEnd"/>
            <w:r w:rsidR="007B2B38"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 xml:space="preserve"> de Gestión y Aseguramiento de la Calidad</w:t>
            </w:r>
          </w:p>
        </w:tc>
      </w:tr>
    </w:tbl>
    <w:p w14:paraId="32F50ABB" w14:textId="77777777" w:rsidR="007B2B38" w:rsidRPr="00D2356E" w:rsidRDefault="007B2B38" w:rsidP="00CB3DEF">
      <w:pPr>
        <w:pStyle w:val="Prrafodelista"/>
        <w:spacing w:before="140" w:after="80"/>
        <w:ind w:left="284"/>
        <w:rPr>
          <w:rFonts w:cs="Arial"/>
          <w:szCs w:val="20"/>
        </w:rPr>
      </w:pPr>
    </w:p>
    <w:p w14:paraId="2D3F5DAE" w14:textId="7E0C2504" w:rsidR="004D2DA2" w:rsidRPr="00D2356E" w:rsidRDefault="007B2B38" w:rsidP="00CB3DEF">
      <w:pPr>
        <w:pStyle w:val="Prrafodelista"/>
        <w:numPr>
          <w:ilvl w:val="0"/>
          <w:numId w:val="10"/>
        </w:numPr>
        <w:spacing w:before="140" w:after="80"/>
        <w:ind w:left="284" w:hanging="284"/>
        <w:rPr>
          <w:rFonts w:cs="Arial"/>
          <w:b/>
          <w:szCs w:val="20"/>
        </w:rPr>
      </w:pPr>
      <w:r w:rsidRPr="00D2356E">
        <w:rPr>
          <w:rFonts w:cs="Arial"/>
          <w:b/>
          <w:szCs w:val="20"/>
        </w:rPr>
        <w:t>O</w:t>
      </w:r>
      <w:r w:rsidR="003A45D3" w:rsidRPr="00D2356E">
        <w:rPr>
          <w:rFonts w:cs="Arial"/>
          <w:b/>
          <w:szCs w:val="20"/>
        </w:rPr>
        <w:t>BJETIVO DE LAS ACTIVIDADES DE GESTIÓN</w:t>
      </w:r>
      <w:r w:rsidRPr="00D2356E">
        <w:rPr>
          <w:rFonts w:cs="Arial"/>
          <w:b/>
          <w:szCs w:val="20"/>
        </w:rPr>
        <w:t>.</w:t>
      </w:r>
    </w:p>
    <w:p w14:paraId="02B44637" w14:textId="1BAE5B46" w:rsidR="00CB3DEF" w:rsidRPr="00D2356E" w:rsidRDefault="003A45D3" w:rsidP="00CB3DEF">
      <w:pPr>
        <w:pBdr>
          <w:bottom w:val="single" w:sz="4" w:space="1" w:color="808080"/>
        </w:pBdr>
        <w:spacing w:after="40"/>
        <w:rPr>
          <w:rFonts w:cs="Arial"/>
          <w:szCs w:val="20"/>
        </w:rPr>
      </w:pPr>
      <w:r w:rsidRPr="00D2356E">
        <w:rPr>
          <w:rFonts w:cs="Arial"/>
          <w:color w:val="BFBFBF" w:themeColor="background1" w:themeShade="BF"/>
          <w:szCs w:val="20"/>
          <w:shd w:val="clear" w:color="auto" w:fill="FFFFFF"/>
        </w:rPr>
        <w:t>Describa brevemente el propósito de las horas de gestión asignadas al profesor, de acuerdo con las funciones, responsabilidades, productos o resultados previstos por la unidad académica o administrativa</w:t>
      </w:r>
      <w:r w:rsidR="00CB3DEF" w:rsidRPr="00D2356E">
        <w:rPr>
          <w:rFonts w:cs="Arial"/>
          <w:color w:val="BFBFBF" w:themeColor="background1" w:themeShade="BF"/>
          <w:szCs w:val="20"/>
          <w:shd w:val="clear" w:color="auto" w:fill="FFFFFF"/>
        </w:rPr>
        <w:t>.</w:t>
      </w:r>
    </w:p>
    <w:p w14:paraId="7215B152" w14:textId="77777777" w:rsidR="00CB3DEF" w:rsidRDefault="00CB3DEF" w:rsidP="00CB3DEF">
      <w:pPr>
        <w:jc w:val="both"/>
        <w:rPr>
          <w:rFonts w:cs="Arial"/>
          <w:color w:val="BFBFBF" w:themeColor="background1" w:themeShade="BF"/>
          <w:szCs w:val="20"/>
          <w:shd w:val="clear" w:color="auto" w:fill="FFFFFF"/>
        </w:rPr>
      </w:pPr>
    </w:p>
    <w:p w14:paraId="73E8E0CE" w14:textId="7592D716" w:rsidR="007B2B38" w:rsidRPr="00D2356E" w:rsidRDefault="007B2B38" w:rsidP="00CB3DEF">
      <w:pPr>
        <w:pStyle w:val="Prrafodelista"/>
        <w:numPr>
          <w:ilvl w:val="0"/>
          <w:numId w:val="10"/>
        </w:numPr>
        <w:spacing w:before="140" w:after="80"/>
        <w:ind w:left="284" w:hanging="284"/>
        <w:rPr>
          <w:rFonts w:cs="Arial"/>
          <w:b/>
          <w:szCs w:val="20"/>
        </w:rPr>
      </w:pPr>
      <w:r w:rsidRPr="00D2356E">
        <w:rPr>
          <w:rFonts w:cs="Arial"/>
          <w:b/>
          <w:szCs w:val="20"/>
        </w:rPr>
        <w:t>ACTIVIDADES EJECUTADAS Y AVANCES.</w:t>
      </w:r>
    </w:p>
    <w:p w14:paraId="09D4F10A" w14:textId="1EDD3ED6" w:rsidR="007B2B38" w:rsidRPr="00D2356E" w:rsidRDefault="007B2B38" w:rsidP="00CB3DEF">
      <w:pPr>
        <w:pBdr>
          <w:bottom w:val="single" w:sz="4" w:space="1" w:color="808080"/>
        </w:pBdr>
        <w:spacing w:after="40"/>
        <w:rPr>
          <w:rFonts w:cs="Arial"/>
          <w:color w:val="BFBFBF" w:themeColor="background1" w:themeShade="BF"/>
          <w:szCs w:val="20"/>
          <w:shd w:val="clear" w:color="auto" w:fill="FFFFFF"/>
        </w:rPr>
      </w:pPr>
      <w:r w:rsidRPr="00D2356E">
        <w:rPr>
          <w:rFonts w:cs="Arial"/>
          <w:color w:val="BFBFBF" w:themeColor="background1" w:themeShade="BF"/>
          <w:szCs w:val="20"/>
          <w:shd w:val="clear" w:color="auto" w:fill="FFFFFF"/>
        </w:rPr>
        <w:t>Registre cada actividad desarrollada durante el mes, de manera que pueda describir con amplitud el avance alcanzado y los productos o evidencias generados.</w:t>
      </w:r>
    </w:p>
    <w:p w14:paraId="47C1F94C" w14:textId="77777777" w:rsidR="00CB3DEF" w:rsidRPr="00D2356E" w:rsidRDefault="00CB3DEF" w:rsidP="00CB3DEF">
      <w:pPr>
        <w:pBdr>
          <w:bottom w:val="single" w:sz="4" w:space="1" w:color="808080"/>
        </w:pBdr>
        <w:spacing w:after="40"/>
        <w:rPr>
          <w:rFonts w:cs="Arial"/>
          <w:color w:val="BFBFBF" w:themeColor="background1" w:themeShade="BF"/>
          <w:szCs w:val="20"/>
          <w:shd w:val="clear" w:color="auto" w:fill="FFFFFF"/>
        </w:rPr>
      </w:pPr>
    </w:p>
    <w:p w14:paraId="2824B4D2" w14:textId="653740FA" w:rsidR="001172AE" w:rsidRPr="00D2356E" w:rsidRDefault="001172AE" w:rsidP="00E01E31">
      <w:pPr>
        <w:pBdr>
          <w:bottom w:val="single" w:sz="4" w:space="1" w:color="808080"/>
        </w:pBdr>
        <w:spacing w:after="40"/>
        <w:rPr>
          <w:rFonts w:cs="Arial"/>
          <w:b/>
          <w:bCs/>
          <w:szCs w:val="20"/>
        </w:rPr>
      </w:pPr>
      <w:r w:rsidRPr="00D2356E">
        <w:rPr>
          <w:rFonts w:cs="Arial"/>
          <w:b/>
          <w:bCs/>
          <w:szCs w:val="20"/>
        </w:rPr>
        <w:t>Actividad(es) planificada(s):</w:t>
      </w:r>
    </w:p>
    <w:p w14:paraId="233991CA" w14:textId="77777777" w:rsidR="001172AE" w:rsidRPr="00D2356E" w:rsidRDefault="001172AE" w:rsidP="00E01E31">
      <w:pPr>
        <w:pBdr>
          <w:bottom w:val="single" w:sz="4" w:space="1" w:color="808080"/>
        </w:pBdr>
        <w:spacing w:after="40"/>
        <w:rPr>
          <w:rFonts w:cs="Arial"/>
          <w:b/>
          <w:bCs/>
          <w:szCs w:val="20"/>
        </w:rPr>
      </w:pPr>
      <w:r w:rsidRPr="00D2356E">
        <w:rPr>
          <w:rFonts w:cs="Arial"/>
          <w:b/>
          <w:bCs/>
          <w:szCs w:val="20"/>
        </w:rPr>
        <w:t xml:space="preserve"> </w:t>
      </w:r>
    </w:p>
    <w:p w14:paraId="729AC061" w14:textId="1942976D" w:rsidR="001172AE" w:rsidRPr="00D2356E" w:rsidRDefault="001172AE" w:rsidP="00E01E31">
      <w:pPr>
        <w:pBdr>
          <w:bottom w:val="single" w:sz="4" w:space="1" w:color="808080"/>
        </w:pBdr>
        <w:spacing w:after="40"/>
        <w:rPr>
          <w:rFonts w:cs="Arial"/>
          <w:b/>
          <w:bCs/>
          <w:szCs w:val="20"/>
        </w:rPr>
      </w:pPr>
      <w:r w:rsidRPr="00D2356E">
        <w:rPr>
          <w:rFonts w:cs="Arial"/>
          <w:b/>
          <w:bCs/>
          <w:szCs w:val="20"/>
        </w:rPr>
        <w:t>Descripción de la actividad(es) realizada(s) y</w:t>
      </w:r>
      <w:r w:rsidR="002A1D9B">
        <w:rPr>
          <w:rFonts w:cs="Arial"/>
          <w:b/>
          <w:bCs/>
          <w:szCs w:val="20"/>
        </w:rPr>
        <w:t>/o</w:t>
      </w:r>
      <w:r w:rsidRPr="00D2356E">
        <w:rPr>
          <w:rFonts w:cs="Arial"/>
          <w:b/>
          <w:bCs/>
          <w:szCs w:val="20"/>
        </w:rPr>
        <w:t xml:space="preserve"> avance alcanzado:</w:t>
      </w:r>
    </w:p>
    <w:p w14:paraId="35D34CD0" w14:textId="77777777" w:rsidR="001172AE" w:rsidRPr="00D2356E" w:rsidRDefault="001172AE" w:rsidP="00E01E31">
      <w:pPr>
        <w:pBdr>
          <w:bottom w:val="single" w:sz="4" w:space="1" w:color="808080"/>
        </w:pBdr>
        <w:spacing w:after="40"/>
        <w:rPr>
          <w:rFonts w:cs="Arial"/>
          <w:b/>
          <w:bCs/>
          <w:szCs w:val="20"/>
        </w:rPr>
      </w:pPr>
      <w:r w:rsidRPr="00D2356E">
        <w:rPr>
          <w:rFonts w:cs="Arial"/>
          <w:b/>
          <w:bCs/>
          <w:szCs w:val="20"/>
        </w:rPr>
        <w:t xml:space="preserve">  </w:t>
      </w:r>
    </w:p>
    <w:p w14:paraId="78A140AC" w14:textId="77777777" w:rsidR="001172AE" w:rsidRPr="00D2356E" w:rsidRDefault="001172AE" w:rsidP="00E01E31">
      <w:pPr>
        <w:pBdr>
          <w:bottom w:val="single" w:sz="4" w:space="1" w:color="808080"/>
        </w:pBdr>
        <w:spacing w:after="40"/>
        <w:rPr>
          <w:rFonts w:cs="Arial"/>
          <w:b/>
          <w:bCs/>
          <w:szCs w:val="20"/>
        </w:rPr>
      </w:pPr>
      <w:r w:rsidRPr="00D2356E">
        <w:rPr>
          <w:rFonts w:cs="Arial"/>
          <w:b/>
          <w:bCs/>
          <w:szCs w:val="20"/>
        </w:rPr>
        <w:t>Producto(s) o evidencia(s) generada(s):</w:t>
      </w:r>
    </w:p>
    <w:p w14:paraId="5D3B0BEE" w14:textId="77777777" w:rsidR="001172AE" w:rsidRPr="00D2356E" w:rsidRDefault="001172AE" w:rsidP="00E01E31">
      <w:pPr>
        <w:pBdr>
          <w:bottom w:val="single" w:sz="4" w:space="1" w:color="808080"/>
        </w:pBdr>
        <w:spacing w:after="40"/>
        <w:rPr>
          <w:rFonts w:cs="Arial"/>
          <w:b/>
          <w:bCs/>
          <w:szCs w:val="20"/>
        </w:rPr>
      </w:pPr>
      <w:r w:rsidRPr="00D2356E">
        <w:rPr>
          <w:rFonts w:cs="Arial"/>
          <w:b/>
          <w:bCs/>
          <w:szCs w:val="20"/>
        </w:rPr>
        <w:t xml:space="preserve"> </w:t>
      </w:r>
    </w:p>
    <w:p w14:paraId="4870DDC4" w14:textId="11D85E61" w:rsidR="007B2B38" w:rsidRPr="00D2356E" w:rsidRDefault="001172AE" w:rsidP="00E01E31">
      <w:pPr>
        <w:pBdr>
          <w:bottom w:val="single" w:sz="4" w:space="1" w:color="808080"/>
        </w:pBdr>
        <w:spacing w:after="40"/>
        <w:rPr>
          <w:rFonts w:cs="Arial"/>
          <w:b/>
          <w:bCs/>
          <w:szCs w:val="20"/>
        </w:rPr>
      </w:pPr>
      <w:r w:rsidRPr="00D2356E">
        <w:rPr>
          <w:rFonts w:cs="Arial"/>
          <w:b/>
          <w:bCs/>
          <w:szCs w:val="20"/>
        </w:rPr>
        <w:t xml:space="preserve"> Horas ejecutadas: </w:t>
      </w:r>
    </w:p>
    <w:p w14:paraId="2BC31BDB" w14:textId="77777777" w:rsidR="001172AE" w:rsidRPr="00D2356E" w:rsidRDefault="001172AE" w:rsidP="00CB3DEF">
      <w:pPr>
        <w:spacing w:after="0"/>
        <w:jc w:val="both"/>
        <w:rPr>
          <w:rFonts w:cs="Arial"/>
          <w:b/>
          <w:bCs/>
          <w:szCs w:val="20"/>
        </w:rPr>
      </w:pPr>
    </w:p>
    <w:p w14:paraId="22466E61" w14:textId="249695DE" w:rsidR="001172AE" w:rsidRPr="00D2356E" w:rsidRDefault="001172AE" w:rsidP="00CB3DEF">
      <w:pPr>
        <w:pStyle w:val="Prrafodelista"/>
        <w:numPr>
          <w:ilvl w:val="0"/>
          <w:numId w:val="10"/>
        </w:numPr>
        <w:spacing w:before="140" w:after="80"/>
        <w:ind w:left="284" w:hanging="284"/>
        <w:rPr>
          <w:rFonts w:cs="Arial"/>
          <w:b/>
          <w:bCs/>
          <w:szCs w:val="20"/>
        </w:rPr>
      </w:pPr>
      <w:r w:rsidRPr="00D2356E">
        <w:rPr>
          <w:rFonts w:cs="Arial"/>
          <w:b/>
          <w:bCs/>
          <w:szCs w:val="20"/>
        </w:rPr>
        <w:t>ACTIVIDADES PREVISTAS PARA EL SIGUIENTE MES.</w:t>
      </w:r>
    </w:p>
    <w:p w14:paraId="62FA9F10" w14:textId="7785A196" w:rsidR="001172AE" w:rsidRPr="00D2356E" w:rsidRDefault="001172AE" w:rsidP="00CB3DEF">
      <w:pPr>
        <w:jc w:val="both"/>
        <w:rPr>
          <w:rFonts w:cs="Arial"/>
          <w:color w:val="BFBFBF" w:themeColor="background1" w:themeShade="BF"/>
          <w:szCs w:val="20"/>
          <w:shd w:val="clear" w:color="auto" w:fill="FFFFFF"/>
        </w:rPr>
      </w:pPr>
      <w:r w:rsidRPr="00D2356E">
        <w:rPr>
          <w:rFonts w:cs="Arial"/>
          <w:color w:val="BFBFBF" w:themeColor="background1" w:themeShade="BF"/>
          <w:szCs w:val="20"/>
          <w:shd w:val="clear" w:color="auto" w:fill="FFFFFF"/>
        </w:rPr>
        <w:t>Detalle las actividades que continúan en ejecución, compromisos pendientes y acciones previstas para el siguiente período.</w:t>
      </w:r>
    </w:p>
    <w:p w14:paraId="2B38E369" w14:textId="77777777" w:rsidR="004D2DA2" w:rsidRPr="00D2356E" w:rsidRDefault="003A45D3" w:rsidP="00CB3DEF">
      <w:pPr>
        <w:pBdr>
          <w:bottom w:val="single" w:sz="4" w:space="2" w:color="808080"/>
        </w:pBdr>
        <w:spacing w:after="40"/>
        <w:rPr>
          <w:rFonts w:cs="Arial"/>
          <w:szCs w:val="20"/>
        </w:rPr>
      </w:pPr>
      <w:r w:rsidRPr="00D2356E">
        <w:rPr>
          <w:rFonts w:cs="Arial"/>
          <w:szCs w:val="20"/>
        </w:rPr>
        <w:t xml:space="preserve"> </w:t>
      </w:r>
    </w:p>
    <w:p w14:paraId="4078EA97" w14:textId="6F33782F" w:rsidR="004D2DA2" w:rsidRPr="00D2356E" w:rsidRDefault="003A45D3" w:rsidP="00CB3DEF">
      <w:pPr>
        <w:pStyle w:val="Prrafodelista"/>
        <w:numPr>
          <w:ilvl w:val="0"/>
          <w:numId w:val="10"/>
        </w:numPr>
        <w:spacing w:before="140" w:after="80"/>
        <w:ind w:left="284" w:hanging="284"/>
        <w:rPr>
          <w:rFonts w:cs="Arial"/>
          <w:b/>
          <w:bCs/>
          <w:szCs w:val="20"/>
        </w:rPr>
      </w:pPr>
      <w:r w:rsidRPr="00D2356E">
        <w:rPr>
          <w:rFonts w:cs="Arial"/>
          <w:b/>
          <w:bCs/>
          <w:szCs w:val="20"/>
        </w:rPr>
        <w:t>OBSERVACIONES</w:t>
      </w:r>
      <w:r w:rsidR="001172AE" w:rsidRPr="00D2356E">
        <w:rPr>
          <w:rFonts w:cs="Arial"/>
          <w:b/>
          <w:bCs/>
          <w:szCs w:val="20"/>
        </w:rPr>
        <w:t>.</w:t>
      </w:r>
    </w:p>
    <w:p w14:paraId="79CC8C93" w14:textId="77777777" w:rsidR="004D2DA2" w:rsidRPr="00D2356E" w:rsidRDefault="003A45D3" w:rsidP="00CB3DEF">
      <w:pPr>
        <w:jc w:val="both"/>
        <w:rPr>
          <w:rFonts w:cs="Arial"/>
          <w:color w:val="BFBFBF" w:themeColor="background1" w:themeShade="BF"/>
          <w:szCs w:val="20"/>
          <w:shd w:val="clear" w:color="auto" w:fill="FFFFFF"/>
        </w:rPr>
      </w:pPr>
      <w:r w:rsidRPr="00D2356E">
        <w:rPr>
          <w:rFonts w:cs="Arial"/>
          <w:color w:val="BFBFBF" w:themeColor="background1" w:themeShade="BF"/>
          <w:szCs w:val="20"/>
          <w:shd w:val="clear" w:color="auto" w:fill="FFFFFF"/>
        </w:rPr>
        <w:t>Registre novedades, dificultades, cambios de planificación, actividades emergentes o situaciones que hayan incidido en el cumplimiento de las horas de gestión asignadas.</w:t>
      </w:r>
    </w:p>
    <w:p w14:paraId="75E4440D" w14:textId="280D0899" w:rsidR="001172AE" w:rsidRDefault="003A45D3" w:rsidP="00CB3DEF">
      <w:pPr>
        <w:pBdr>
          <w:bottom w:val="single" w:sz="4" w:space="1" w:color="808080"/>
        </w:pBdr>
        <w:spacing w:after="40"/>
        <w:rPr>
          <w:rFonts w:cs="Arial"/>
          <w:szCs w:val="20"/>
        </w:rPr>
      </w:pPr>
      <w:r w:rsidRPr="00D2356E">
        <w:rPr>
          <w:rFonts w:cs="Arial"/>
          <w:szCs w:val="20"/>
        </w:rPr>
        <w:t xml:space="preserve"> </w:t>
      </w:r>
    </w:p>
    <w:p w14:paraId="01BD5715" w14:textId="6E6ADC67" w:rsidR="0049531C" w:rsidRPr="0049531C" w:rsidRDefault="0049531C" w:rsidP="0049531C">
      <w:pPr>
        <w:pStyle w:val="Prrafodelista"/>
        <w:numPr>
          <w:ilvl w:val="0"/>
          <w:numId w:val="10"/>
        </w:numPr>
        <w:spacing w:before="140" w:after="80"/>
        <w:ind w:left="284" w:hanging="284"/>
        <w:rPr>
          <w:rFonts w:cs="Arial"/>
          <w:b/>
          <w:bCs/>
          <w:color w:val="A6A6A6" w:themeColor="background1" w:themeShade="A6"/>
          <w:szCs w:val="20"/>
        </w:rPr>
      </w:pPr>
      <w:r w:rsidRPr="0049531C">
        <w:rPr>
          <w:rFonts w:cs="Arial"/>
          <w:b/>
          <w:bCs/>
          <w:color w:val="A6A6A6" w:themeColor="background1" w:themeShade="A6"/>
          <w:szCs w:val="20"/>
        </w:rPr>
        <w:t>CONCLUSIONES Y RECOMENDACIONES.</w:t>
      </w:r>
    </w:p>
    <w:p w14:paraId="67DB2DC8" w14:textId="5CCDB915" w:rsidR="0049531C" w:rsidRPr="0049531C" w:rsidRDefault="0049531C" w:rsidP="0049531C">
      <w:pPr>
        <w:jc w:val="both"/>
        <w:rPr>
          <w:rFonts w:cs="Arial"/>
          <w:color w:val="BFBFBF" w:themeColor="background1" w:themeShade="BF"/>
          <w:szCs w:val="20"/>
          <w:shd w:val="clear" w:color="auto" w:fill="FFFFFF"/>
        </w:rPr>
      </w:pPr>
      <w:r w:rsidRPr="0049531C">
        <w:rPr>
          <w:rFonts w:cs="Arial"/>
          <w:color w:val="BFBFBF" w:themeColor="background1" w:themeShade="BF"/>
          <w:szCs w:val="20"/>
          <w:shd w:val="clear" w:color="auto" w:fill="FFFFFF"/>
        </w:rPr>
        <w:t xml:space="preserve">Incluya este apartado cuando lo considere necesario, y de forma obligatoria en el ultimo informe correspondiente al periodo académico. </w:t>
      </w:r>
    </w:p>
    <w:p w14:paraId="6E8865FC" w14:textId="77777777" w:rsidR="0049531C" w:rsidRPr="00D2356E" w:rsidRDefault="0049531C" w:rsidP="00CB3DEF">
      <w:pPr>
        <w:pBdr>
          <w:bottom w:val="single" w:sz="4" w:space="1" w:color="808080"/>
        </w:pBdr>
        <w:spacing w:after="40"/>
        <w:rPr>
          <w:rFonts w:cs="Arial"/>
          <w:szCs w:val="20"/>
        </w:rPr>
      </w:pPr>
    </w:p>
    <w:p w14:paraId="4F70E807" w14:textId="35440164" w:rsidR="004D2DA2" w:rsidRPr="00D2356E" w:rsidRDefault="003A45D3" w:rsidP="00CB3DEF">
      <w:pPr>
        <w:pStyle w:val="Prrafodelista"/>
        <w:numPr>
          <w:ilvl w:val="0"/>
          <w:numId w:val="10"/>
        </w:numPr>
        <w:spacing w:before="140" w:after="80"/>
        <w:ind w:left="284" w:hanging="284"/>
        <w:rPr>
          <w:rFonts w:cs="Arial"/>
          <w:b/>
          <w:bCs/>
          <w:szCs w:val="20"/>
        </w:rPr>
      </w:pPr>
      <w:r w:rsidRPr="00D2356E">
        <w:rPr>
          <w:rFonts w:cs="Arial"/>
          <w:b/>
          <w:bCs/>
          <w:szCs w:val="20"/>
        </w:rPr>
        <w:t>FIRMAS DE RESPONSABILIDAD</w:t>
      </w:r>
      <w:r w:rsidR="00CB3DEF" w:rsidRPr="00D2356E">
        <w:rPr>
          <w:rFonts w:cs="Arial"/>
          <w:b/>
          <w:bCs/>
          <w:szCs w:val="20"/>
        </w:rPr>
        <w:t>.</w:t>
      </w:r>
    </w:p>
    <w:p w14:paraId="5D2F7D9E" w14:textId="77777777" w:rsidR="00CB3DEF" w:rsidRPr="00D2356E" w:rsidRDefault="00CB3DEF" w:rsidP="00CB3DEF">
      <w:pPr>
        <w:pStyle w:val="Prrafodelista"/>
        <w:spacing w:before="140" w:after="80"/>
        <w:ind w:left="284"/>
        <w:rPr>
          <w:rFonts w:cs="Arial"/>
          <w:b/>
          <w:bCs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4555"/>
      </w:tblGrid>
      <w:tr w:rsidR="004D2DA2" w:rsidRPr="00D2356E" w14:paraId="06F90F86" w14:textId="77777777" w:rsidTr="006056F2">
        <w:trPr>
          <w:trHeight w:val="279"/>
          <w:jc w:val="center"/>
        </w:trPr>
        <w:tc>
          <w:tcPr>
            <w:tcW w:w="4556" w:type="dxa"/>
            <w:shd w:val="clear" w:color="auto" w:fill="D9EAF7"/>
            <w:vAlign w:val="center"/>
          </w:tcPr>
          <w:p w14:paraId="3982265E" w14:textId="2BB1BAE2" w:rsidR="004D2DA2" w:rsidRPr="00D2356E" w:rsidRDefault="003A45D3" w:rsidP="00CB3DEF">
            <w:pPr>
              <w:spacing w:line="240" w:lineRule="auto"/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ELABORADO POR</w:t>
            </w:r>
            <w:r w:rsidR="00CB3DEF" w:rsidRPr="00D2356E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4555" w:type="dxa"/>
            <w:shd w:val="clear" w:color="auto" w:fill="D9EAF7"/>
            <w:vAlign w:val="center"/>
          </w:tcPr>
          <w:p w14:paraId="5106A51C" w14:textId="5C5B4418" w:rsidR="004D2DA2" w:rsidRPr="00D2356E" w:rsidRDefault="003A45D3" w:rsidP="00CB3DEF">
            <w:pPr>
              <w:spacing w:line="240" w:lineRule="auto"/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REVISADO / VALIDADO POR</w:t>
            </w:r>
            <w:r w:rsidR="00CB3DEF" w:rsidRPr="00D2356E">
              <w:rPr>
                <w:rFonts w:cs="Arial"/>
                <w:b/>
                <w:szCs w:val="20"/>
              </w:rPr>
              <w:t>:</w:t>
            </w:r>
          </w:p>
        </w:tc>
      </w:tr>
      <w:tr w:rsidR="004D2DA2" w:rsidRPr="00D2356E" w14:paraId="5ACEE6BE" w14:textId="77777777" w:rsidTr="006056F2">
        <w:trPr>
          <w:jc w:val="center"/>
        </w:trPr>
        <w:tc>
          <w:tcPr>
            <w:tcW w:w="4556" w:type="dxa"/>
            <w:vAlign w:val="center"/>
          </w:tcPr>
          <w:p w14:paraId="413B274D" w14:textId="16586349" w:rsidR="004D2DA2" w:rsidRPr="00D2356E" w:rsidRDefault="003A45D3" w:rsidP="00CB3DEF">
            <w:pPr>
              <w:jc w:val="center"/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</w:pPr>
            <w:r w:rsidRPr="00D2356E">
              <w:rPr>
                <w:rFonts w:cs="Arial"/>
                <w:szCs w:val="20"/>
              </w:rPr>
              <w:br/>
            </w:r>
          </w:p>
          <w:p w14:paraId="4D8FF4A6" w14:textId="77777777" w:rsidR="00715513" w:rsidRPr="00D2356E" w:rsidRDefault="00715513" w:rsidP="00715513">
            <w:pPr>
              <w:spacing w:after="0" w:line="240" w:lineRule="auto"/>
              <w:jc w:val="center"/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>Apellidos y nombres completos</w:t>
            </w:r>
          </w:p>
          <w:p w14:paraId="2720B6B8" w14:textId="4DCC6997" w:rsidR="00715513" w:rsidRPr="00D2356E" w:rsidRDefault="00715513" w:rsidP="00715513">
            <w:pPr>
              <w:spacing w:after="0" w:line="240" w:lineRule="auto"/>
              <w:jc w:val="center"/>
              <w:rPr>
                <w:rFonts w:cs="Arial"/>
                <w:color w:val="212121"/>
                <w:szCs w:val="20"/>
                <w:shd w:val="clear" w:color="auto" w:fill="FFFFFF"/>
              </w:rPr>
            </w:pPr>
            <w:r w:rsidRPr="00D2356E">
              <w:rPr>
                <w:rFonts w:cs="Arial"/>
                <w:color w:val="212121"/>
                <w:szCs w:val="20"/>
                <w:shd w:val="clear" w:color="auto" w:fill="FFFFFF"/>
              </w:rPr>
              <w:t xml:space="preserve">Personal </w:t>
            </w:r>
            <w:r w:rsidR="00D2356E" w:rsidRPr="00D2356E">
              <w:rPr>
                <w:rFonts w:cs="Arial"/>
                <w:color w:val="212121"/>
                <w:szCs w:val="20"/>
                <w:shd w:val="clear" w:color="auto" w:fill="FFFFFF"/>
              </w:rPr>
              <w:t>Académico</w:t>
            </w:r>
          </w:p>
          <w:p w14:paraId="1BD52DD2" w14:textId="32A07D91" w:rsidR="00715513" w:rsidRPr="00D2356E" w:rsidRDefault="00715513" w:rsidP="0071551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>Correo.institucional</w:t>
            </w:r>
            <w:r w:rsidRPr="00D2356E">
              <w:rPr>
                <w:rFonts w:cs="Arial"/>
                <w:color w:val="212121"/>
                <w:szCs w:val="20"/>
                <w:shd w:val="clear" w:color="auto" w:fill="FFFFFF"/>
              </w:rPr>
              <w:t>@uleam.edu.ec</w:t>
            </w:r>
          </w:p>
        </w:tc>
        <w:tc>
          <w:tcPr>
            <w:tcW w:w="4555" w:type="dxa"/>
            <w:vAlign w:val="center"/>
          </w:tcPr>
          <w:p w14:paraId="2B3EDAFF" w14:textId="2D533C32" w:rsidR="004D2DA2" w:rsidRPr="00D2356E" w:rsidRDefault="003A45D3" w:rsidP="00CB3DEF">
            <w:pPr>
              <w:jc w:val="center"/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</w:pPr>
            <w:r w:rsidRPr="00D2356E">
              <w:rPr>
                <w:rFonts w:cs="Arial"/>
                <w:szCs w:val="20"/>
              </w:rPr>
              <w:br/>
            </w:r>
          </w:p>
          <w:p w14:paraId="25642688" w14:textId="77777777" w:rsidR="00715513" w:rsidRPr="00D2356E" w:rsidRDefault="00715513" w:rsidP="00715513">
            <w:pPr>
              <w:spacing w:after="0" w:line="240" w:lineRule="auto"/>
              <w:jc w:val="center"/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>Apellidos y nombres completos</w:t>
            </w:r>
          </w:p>
          <w:p w14:paraId="0E26E43C" w14:textId="78BCCB31" w:rsidR="00715513" w:rsidRPr="00D2356E" w:rsidRDefault="00715513" w:rsidP="00715513">
            <w:pPr>
              <w:spacing w:after="0" w:line="240" w:lineRule="auto"/>
              <w:jc w:val="center"/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>Director de ….</w:t>
            </w:r>
          </w:p>
          <w:p w14:paraId="5C4B9639" w14:textId="050E8773" w:rsidR="00715513" w:rsidRPr="00D2356E" w:rsidRDefault="00715513" w:rsidP="0071551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color w:val="BFBFBF" w:themeColor="background1" w:themeShade="BF"/>
                <w:szCs w:val="20"/>
                <w:shd w:val="clear" w:color="auto" w:fill="FFFFFF"/>
              </w:rPr>
              <w:t>Correo.institucional</w:t>
            </w:r>
            <w:r w:rsidRPr="00D2356E">
              <w:rPr>
                <w:rFonts w:cs="Arial"/>
                <w:color w:val="212121"/>
                <w:szCs w:val="20"/>
                <w:shd w:val="clear" w:color="auto" w:fill="FFFFFF"/>
              </w:rPr>
              <w:t>@uleam.edu.ec</w:t>
            </w:r>
          </w:p>
        </w:tc>
      </w:tr>
      <w:tr w:rsidR="004D2DA2" w:rsidRPr="00D2356E" w14:paraId="515EF091" w14:textId="77777777" w:rsidTr="006056F2">
        <w:trPr>
          <w:jc w:val="center"/>
        </w:trPr>
        <w:tc>
          <w:tcPr>
            <w:tcW w:w="4556" w:type="dxa"/>
            <w:vAlign w:val="center"/>
          </w:tcPr>
          <w:p w14:paraId="2B10B3A9" w14:textId="77777777" w:rsidR="004D2DA2" w:rsidRPr="00D2356E" w:rsidRDefault="003A45D3" w:rsidP="00CB3DEF">
            <w:pPr>
              <w:rPr>
                <w:rFonts w:cs="Arial"/>
                <w:szCs w:val="20"/>
              </w:rPr>
            </w:pPr>
            <w:r w:rsidRPr="00D2356E">
              <w:rPr>
                <w:rFonts w:cs="Arial"/>
                <w:szCs w:val="20"/>
              </w:rPr>
              <w:t>Fecha:</w:t>
            </w:r>
          </w:p>
        </w:tc>
        <w:tc>
          <w:tcPr>
            <w:tcW w:w="4555" w:type="dxa"/>
            <w:vAlign w:val="center"/>
          </w:tcPr>
          <w:p w14:paraId="3AC92360" w14:textId="77777777" w:rsidR="004D2DA2" w:rsidRPr="00D2356E" w:rsidRDefault="003A45D3" w:rsidP="00CB3DEF">
            <w:pPr>
              <w:rPr>
                <w:rFonts w:cs="Arial"/>
                <w:szCs w:val="20"/>
              </w:rPr>
            </w:pPr>
            <w:r w:rsidRPr="00D2356E">
              <w:rPr>
                <w:rFonts w:cs="Arial"/>
                <w:szCs w:val="20"/>
              </w:rPr>
              <w:t>Fecha:</w:t>
            </w:r>
          </w:p>
        </w:tc>
      </w:tr>
    </w:tbl>
    <w:p w14:paraId="5B3ACB44" w14:textId="77777777" w:rsidR="004134A7" w:rsidRDefault="004134A7" w:rsidP="00CB3DEF">
      <w:pPr>
        <w:rPr>
          <w:rFonts w:cs="Arial"/>
          <w:szCs w:val="20"/>
        </w:rPr>
      </w:pPr>
    </w:p>
    <w:p w14:paraId="6A4B3A85" w14:textId="77777777" w:rsidR="004134A7" w:rsidRPr="004134A7" w:rsidRDefault="004134A7" w:rsidP="004134A7">
      <w:pPr>
        <w:rPr>
          <w:rFonts w:cs="Arial"/>
          <w:szCs w:val="20"/>
          <w:lang w:val="es-EC"/>
        </w:rPr>
      </w:pPr>
      <w:r w:rsidRPr="004134A7">
        <w:rPr>
          <w:rFonts w:cs="Arial"/>
          <w:b/>
          <w:bCs/>
          <w:szCs w:val="20"/>
          <w:lang w:val="es-EC"/>
        </w:rPr>
        <w:t>Nota:</w:t>
      </w:r>
      <w:r w:rsidRPr="004134A7">
        <w:rPr>
          <w:rFonts w:cs="Arial"/>
          <w:szCs w:val="20"/>
          <w:lang w:val="es-EC"/>
        </w:rPr>
        <w:t xml:space="preserve"> Antes de imprimir el documento, elimine esta nota y todas las instrucciones de llenado. Verifique que todo el contenido se visualice en color negro; el texto en color gris se utiliza únicamente con fines informativos para indicar instrucciones y no debe constar en la versión final impresa.</w:t>
      </w:r>
    </w:p>
    <w:p w14:paraId="5D2CBDD9" w14:textId="77777777" w:rsidR="004134A7" w:rsidRDefault="004134A7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2521E909" w14:textId="77777777" w:rsidR="00E109E5" w:rsidRPr="00E109E5" w:rsidRDefault="003A45D3" w:rsidP="00154CB8">
      <w:pPr>
        <w:pStyle w:val="Prrafodelista"/>
        <w:numPr>
          <w:ilvl w:val="0"/>
          <w:numId w:val="12"/>
        </w:numPr>
        <w:rPr>
          <w:rFonts w:cs="Arial"/>
          <w:szCs w:val="20"/>
        </w:rPr>
      </w:pPr>
      <w:r w:rsidRPr="00154CB8">
        <w:rPr>
          <w:rFonts w:cs="Arial"/>
          <w:b/>
          <w:szCs w:val="20"/>
        </w:rPr>
        <w:lastRenderedPageBreak/>
        <w:t xml:space="preserve">ANEXO 1. </w:t>
      </w:r>
    </w:p>
    <w:p w14:paraId="244BA327" w14:textId="20F5D676" w:rsidR="004D2DA2" w:rsidRPr="00E109E5" w:rsidRDefault="003A45D3" w:rsidP="00E109E5">
      <w:pPr>
        <w:jc w:val="center"/>
        <w:rPr>
          <w:rFonts w:cs="Arial"/>
          <w:szCs w:val="20"/>
        </w:rPr>
      </w:pPr>
      <w:r w:rsidRPr="00E109E5">
        <w:rPr>
          <w:rFonts w:cs="Arial"/>
          <w:b/>
          <w:szCs w:val="20"/>
        </w:rPr>
        <w:t>HOJA DE ASISTENCIA</w:t>
      </w:r>
    </w:p>
    <w:p w14:paraId="04BECDAA" w14:textId="3EB6EAE9" w:rsidR="004D2DA2" w:rsidRPr="00D2356E" w:rsidRDefault="003A45D3" w:rsidP="00CB3DEF">
      <w:pPr>
        <w:rPr>
          <w:rFonts w:cs="Arial"/>
          <w:szCs w:val="20"/>
        </w:rPr>
      </w:pPr>
      <w:r w:rsidRPr="00D2356E">
        <w:rPr>
          <w:rFonts w:cs="Arial"/>
          <w:szCs w:val="20"/>
        </w:rPr>
        <w:t>Mes</w:t>
      </w:r>
      <w:r w:rsidR="002A1D9B">
        <w:rPr>
          <w:rFonts w:cs="Arial"/>
          <w:szCs w:val="20"/>
        </w:rPr>
        <w:t xml:space="preserve"> / año</w:t>
      </w:r>
      <w:r w:rsidRPr="00D2356E">
        <w:rPr>
          <w:rFonts w:cs="Arial"/>
          <w:szCs w:val="20"/>
        </w:rPr>
        <w:t>: _________    Profesor</w:t>
      </w:r>
      <w:r w:rsidR="002A1D9B">
        <w:rPr>
          <w:rFonts w:cs="Arial"/>
          <w:szCs w:val="20"/>
        </w:rPr>
        <w:t>/a</w:t>
      </w:r>
      <w:r w:rsidRPr="00D2356E">
        <w:rPr>
          <w:rFonts w:cs="Arial"/>
          <w:szCs w:val="20"/>
        </w:rPr>
        <w:t>: ______________</w:t>
      </w:r>
      <w:r w:rsidR="00CB3DEF" w:rsidRPr="00D2356E">
        <w:rPr>
          <w:rFonts w:cs="Arial"/>
          <w:szCs w:val="20"/>
        </w:rPr>
        <w:t>_______________</w:t>
      </w:r>
      <w:r w:rsidRPr="00D2356E">
        <w:rPr>
          <w:rFonts w:cs="Arial"/>
          <w:szCs w:val="20"/>
        </w:rPr>
        <w:t>______________________</w:t>
      </w:r>
    </w:p>
    <w:tbl>
      <w:tblPr>
        <w:tblW w:w="906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96"/>
        <w:gridCol w:w="1463"/>
        <w:gridCol w:w="1850"/>
        <w:gridCol w:w="1695"/>
        <w:gridCol w:w="1695"/>
        <w:gridCol w:w="1868"/>
      </w:tblGrid>
      <w:tr w:rsidR="002A1D9B" w:rsidRPr="00D2356E" w14:paraId="01F35A7B" w14:textId="77777777" w:rsidTr="002A1D9B">
        <w:trPr>
          <w:jc w:val="center"/>
        </w:trPr>
        <w:tc>
          <w:tcPr>
            <w:tcW w:w="496" w:type="dxa"/>
            <w:shd w:val="clear" w:color="auto" w:fill="D9EAF7"/>
            <w:vAlign w:val="center"/>
          </w:tcPr>
          <w:p w14:paraId="26E4929B" w14:textId="70D51B26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N°</w:t>
            </w:r>
          </w:p>
        </w:tc>
        <w:tc>
          <w:tcPr>
            <w:tcW w:w="1463" w:type="dxa"/>
            <w:shd w:val="clear" w:color="auto" w:fill="D9EAF7"/>
            <w:vAlign w:val="center"/>
          </w:tcPr>
          <w:p w14:paraId="29D8FF5B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Fecha</w:t>
            </w:r>
          </w:p>
        </w:tc>
        <w:tc>
          <w:tcPr>
            <w:tcW w:w="1850" w:type="dxa"/>
            <w:shd w:val="clear" w:color="auto" w:fill="D9EAF7"/>
            <w:vAlign w:val="center"/>
          </w:tcPr>
          <w:p w14:paraId="04C8FEA2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Hora de entrada</w:t>
            </w:r>
          </w:p>
        </w:tc>
        <w:tc>
          <w:tcPr>
            <w:tcW w:w="1695" w:type="dxa"/>
            <w:shd w:val="clear" w:color="auto" w:fill="D9EAF7"/>
            <w:vAlign w:val="center"/>
          </w:tcPr>
          <w:p w14:paraId="2DDD45A6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Hora de salida</w:t>
            </w:r>
          </w:p>
        </w:tc>
        <w:tc>
          <w:tcPr>
            <w:tcW w:w="1695" w:type="dxa"/>
            <w:shd w:val="clear" w:color="auto" w:fill="D9EAF7"/>
            <w:vAlign w:val="center"/>
          </w:tcPr>
          <w:p w14:paraId="1CC5BF02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proofErr w:type="gramStart"/>
            <w:r w:rsidRPr="00D2356E">
              <w:rPr>
                <w:rFonts w:cs="Arial"/>
                <w:b/>
                <w:szCs w:val="20"/>
              </w:rPr>
              <w:t>Total</w:t>
            </w:r>
            <w:proofErr w:type="gramEnd"/>
            <w:r w:rsidRPr="00D2356E">
              <w:rPr>
                <w:rFonts w:cs="Arial"/>
                <w:b/>
                <w:szCs w:val="20"/>
              </w:rPr>
              <w:t xml:space="preserve"> de horas</w:t>
            </w:r>
          </w:p>
        </w:tc>
        <w:tc>
          <w:tcPr>
            <w:tcW w:w="1868" w:type="dxa"/>
            <w:shd w:val="clear" w:color="auto" w:fill="D9EAF7"/>
            <w:vAlign w:val="center"/>
          </w:tcPr>
          <w:p w14:paraId="75275BA2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b/>
                <w:szCs w:val="20"/>
              </w:rPr>
              <w:t>Firma</w:t>
            </w:r>
          </w:p>
        </w:tc>
      </w:tr>
      <w:tr w:rsidR="002A1D9B" w:rsidRPr="00D2356E" w14:paraId="641E8254" w14:textId="77777777" w:rsidTr="002A1D9B">
        <w:trPr>
          <w:trHeight w:val="642"/>
          <w:jc w:val="center"/>
        </w:trPr>
        <w:tc>
          <w:tcPr>
            <w:tcW w:w="496" w:type="dxa"/>
            <w:vAlign w:val="center"/>
          </w:tcPr>
          <w:p w14:paraId="6FE2C146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szCs w:val="20"/>
              </w:rPr>
              <w:t>1</w:t>
            </w:r>
          </w:p>
        </w:tc>
        <w:tc>
          <w:tcPr>
            <w:tcW w:w="1463" w:type="dxa"/>
            <w:vAlign w:val="center"/>
          </w:tcPr>
          <w:p w14:paraId="691D9B28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2FD640B3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497CCD79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53E36882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1BBE06FB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</w:tr>
      <w:tr w:rsidR="002A1D9B" w:rsidRPr="00D2356E" w14:paraId="3FC0B842" w14:textId="77777777" w:rsidTr="002A1D9B">
        <w:trPr>
          <w:trHeight w:val="553"/>
          <w:jc w:val="center"/>
        </w:trPr>
        <w:tc>
          <w:tcPr>
            <w:tcW w:w="496" w:type="dxa"/>
            <w:vAlign w:val="center"/>
          </w:tcPr>
          <w:p w14:paraId="017AC4BC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szCs w:val="20"/>
              </w:rPr>
              <w:t>2</w:t>
            </w:r>
          </w:p>
        </w:tc>
        <w:tc>
          <w:tcPr>
            <w:tcW w:w="1463" w:type="dxa"/>
            <w:vAlign w:val="center"/>
          </w:tcPr>
          <w:p w14:paraId="5DDA0935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10A016D7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6898FA37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4FC3EE17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35A2C087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</w:tr>
      <w:tr w:rsidR="002A1D9B" w:rsidRPr="00D2356E" w14:paraId="4D241E86" w14:textId="77777777" w:rsidTr="002A1D9B">
        <w:trPr>
          <w:jc w:val="center"/>
        </w:trPr>
        <w:tc>
          <w:tcPr>
            <w:tcW w:w="496" w:type="dxa"/>
            <w:vAlign w:val="center"/>
          </w:tcPr>
          <w:p w14:paraId="5F69A52D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szCs w:val="20"/>
              </w:rPr>
              <w:t>3</w:t>
            </w:r>
          </w:p>
        </w:tc>
        <w:tc>
          <w:tcPr>
            <w:tcW w:w="1463" w:type="dxa"/>
            <w:vAlign w:val="center"/>
          </w:tcPr>
          <w:p w14:paraId="72F28A15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5DA8468E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1BA7AA67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0A40EBB7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3EA7F9BA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</w:tr>
      <w:tr w:rsidR="002A1D9B" w:rsidRPr="00D2356E" w14:paraId="748E5998" w14:textId="77777777" w:rsidTr="002A1D9B">
        <w:trPr>
          <w:jc w:val="center"/>
        </w:trPr>
        <w:tc>
          <w:tcPr>
            <w:tcW w:w="496" w:type="dxa"/>
            <w:vAlign w:val="center"/>
          </w:tcPr>
          <w:p w14:paraId="7DB3DF3B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szCs w:val="20"/>
              </w:rPr>
              <w:t>4</w:t>
            </w:r>
          </w:p>
        </w:tc>
        <w:tc>
          <w:tcPr>
            <w:tcW w:w="1463" w:type="dxa"/>
            <w:vAlign w:val="center"/>
          </w:tcPr>
          <w:p w14:paraId="7887D17E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0D7CC0BE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05FAF725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07E7E9D0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3EAC56E5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</w:tr>
      <w:tr w:rsidR="002A1D9B" w:rsidRPr="00D2356E" w14:paraId="4540A81A" w14:textId="77777777" w:rsidTr="002A1D9B">
        <w:trPr>
          <w:jc w:val="center"/>
        </w:trPr>
        <w:tc>
          <w:tcPr>
            <w:tcW w:w="496" w:type="dxa"/>
            <w:vAlign w:val="center"/>
          </w:tcPr>
          <w:p w14:paraId="14100439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szCs w:val="20"/>
              </w:rPr>
              <w:t>5</w:t>
            </w:r>
          </w:p>
        </w:tc>
        <w:tc>
          <w:tcPr>
            <w:tcW w:w="1463" w:type="dxa"/>
            <w:vAlign w:val="center"/>
          </w:tcPr>
          <w:p w14:paraId="457EB6AE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2932FEFD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246CF838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037B3AB0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416B1CE7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</w:tr>
      <w:tr w:rsidR="002A1D9B" w:rsidRPr="00D2356E" w14:paraId="5F70CAFA" w14:textId="77777777" w:rsidTr="002A1D9B">
        <w:trPr>
          <w:jc w:val="center"/>
        </w:trPr>
        <w:tc>
          <w:tcPr>
            <w:tcW w:w="496" w:type="dxa"/>
            <w:vAlign w:val="center"/>
          </w:tcPr>
          <w:p w14:paraId="5C7DD3A5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szCs w:val="20"/>
              </w:rPr>
              <w:t>6</w:t>
            </w:r>
          </w:p>
        </w:tc>
        <w:tc>
          <w:tcPr>
            <w:tcW w:w="1463" w:type="dxa"/>
            <w:vAlign w:val="center"/>
          </w:tcPr>
          <w:p w14:paraId="622D57DA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00902A27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35ADD97C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697D302E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710B7412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</w:tr>
      <w:tr w:rsidR="002A1D9B" w:rsidRPr="00D2356E" w14:paraId="31233FF9" w14:textId="77777777" w:rsidTr="002A1D9B">
        <w:trPr>
          <w:jc w:val="center"/>
        </w:trPr>
        <w:tc>
          <w:tcPr>
            <w:tcW w:w="496" w:type="dxa"/>
            <w:vAlign w:val="center"/>
          </w:tcPr>
          <w:p w14:paraId="0527D415" w14:textId="77777777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D2356E">
              <w:rPr>
                <w:rFonts w:cs="Arial"/>
                <w:szCs w:val="20"/>
              </w:rPr>
              <w:t>7</w:t>
            </w:r>
          </w:p>
        </w:tc>
        <w:tc>
          <w:tcPr>
            <w:tcW w:w="1463" w:type="dxa"/>
            <w:vAlign w:val="center"/>
          </w:tcPr>
          <w:p w14:paraId="63FFD563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68AA13CD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5FC67B55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5C76603E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59D08FA3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</w:tr>
      <w:tr w:rsidR="002A1D9B" w:rsidRPr="00D2356E" w14:paraId="39DC07F7" w14:textId="77777777" w:rsidTr="002A1D9B">
        <w:trPr>
          <w:jc w:val="center"/>
        </w:trPr>
        <w:tc>
          <w:tcPr>
            <w:tcW w:w="496" w:type="dxa"/>
            <w:vAlign w:val="center"/>
          </w:tcPr>
          <w:p w14:paraId="4CEDA199" w14:textId="159ADC64" w:rsidR="002A1D9B" w:rsidRPr="00D2356E" w:rsidRDefault="002A1D9B" w:rsidP="00CB3DEF">
            <w:pPr>
              <w:jc w:val="center"/>
              <w:rPr>
                <w:rFonts w:cs="Arial"/>
                <w:szCs w:val="20"/>
              </w:rPr>
            </w:pPr>
            <w:r w:rsidRPr="00437D19">
              <w:rPr>
                <w:rFonts w:cs="Arial"/>
                <w:color w:val="A6A6A6" w:themeColor="background1" w:themeShade="A6"/>
                <w:szCs w:val="20"/>
              </w:rPr>
              <w:t>n..</w:t>
            </w:r>
          </w:p>
        </w:tc>
        <w:tc>
          <w:tcPr>
            <w:tcW w:w="1463" w:type="dxa"/>
            <w:vAlign w:val="center"/>
          </w:tcPr>
          <w:p w14:paraId="535D385B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3A47E9BA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73DE6945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36798111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6E0E68EC" w14:textId="77777777" w:rsidR="002A1D9B" w:rsidRPr="00D2356E" w:rsidRDefault="002A1D9B" w:rsidP="00CB3DEF">
            <w:pPr>
              <w:rPr>
                <w:rFonts w:cs="Arial"/>
                <w:szCs w:val="20"/>
              </w:rPr>
            </w:pPr>
          </w:p>
        </w:tc>
      </w:tr>
    </w:tbl>
    <w:p w14:paraId="1AF6ABC3" w14:textId="77777777" w:rsidR="00154CB8" w:rsidRDefault="00154CB8" w:rsidP="00154CB8">
      <w:pPr>
        <w:rPr>
          <w:rFonts w:cs="Arial"/>
          <w:b/>
          <w:szCs w:val="20"/>
        </w:rPr>
      </w:pPr>
    </w:p>
    <w:p w14:paraId="2C09F683" w14:textId="45D4D4EC" w:rsidR="00154CB8" w:rsidRPr="00154CB8" w:rsidRDefault="00154CB8" w:rsidP="00154CB8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Pr="00154CB8">
        <w:rPr>
          <w:rFonts w:cs="Arial"/>
          <w:b/>
          <w:szCs w:val="20"/>
        </w:rPr>
        <w:t>alidado por:</w:t>
      </w:r>
    </w:p>
    <w:p w14:paraId="282198DA" w14:textId="77777777" w:rsidR="00154CB8" w:rsidRPr="00154CB8" w:rsidRDefault="00154CB8" w:rsidP="00154CB8">
      <w:pPr>
        <w:spacing w:after="0" w:line="240" w:lineRule="auto"/>
        <w:rPr>
          <w:rFonts w:cs="Arial"/>
          <w:bCs/>
          <w:color w:val="A6A6A6" w:themeColor="background1" w:themeShade="A6"/>
          <w:szCs w:val="20"/>
        </w:rPr>
      </w:pPr>
      <w:r w:rsidRPr="00154CB8">
        <w:rPr>
          <w:rFonts w:cs="Arial"/>
          <w:bCs/>
          <w:color w:val="A6A6A6" w:themeColor="background1" w:themeShade="A6"/>
          <w:szCs w:val="20"/>
        </w:rPr>
        <w:t>Apellidos y nombres completos</w:t>
      </w:r>
    </w:p>
    <w:p w14:paraId="01A42E20" w14:textId="358264E3" w:rsidR="00154CB8" w:rsidRPr="00154CB8" w:rsidRDefault="00154CB8" w:rsidP="00154CB8">
      <w:pPr>
        <w:spacing w:after="0" w:line="240" w:lineRule="auto"/>
        <w:rPr>
          <w:rFonts w:cs="Arial"/>
          <w:bCs/>
          <w:color w:val="A6A6A6" w:themeColor="background1" w:themeShade="A6"/>
          <w:szCs w:val="20"/>
        </w:rPr>
      </w:pPr>
      <w:r w:rsidRPr="00154CB8">
        <w:rPr>
          <w:rFonts w:cs="Arial"/>
          <w:bCs/>
          <w:color w:val="A6A6A6" w:themeColor="background1" w:themeShade="A6"/>
          <w:szCs w:val="20"/>
        </w:rPr>
        <w:t>Director/a de ….</w:t>
      </w:r>
    </w:p>
    <w:p w14:paraId="599FE993" w14:textId="77777777" w:rsidR="00154CB8" w:rsidRPr="00D2356E" w:rsidRDefault="00154CB8" w:rsidP="00CB3DEF">
      <w:pPr>
        <w:rPr>
          <w:rFonts w:cs="Arial"/>
          <w:b/>
          <w:szCs w:val="20"/>
        </w:rPr>
      </w:pPr>
    </w:p>
    <w:p w14:paraId="45D2614B" w14:textId="77777777" w:rsidR="00154CB8" w:rsidRDefault="00154CB8" w:rsidP="00CB3DEF">
      <w:pPr>
        <w:rPr>
          <w:rFonts w:cs="Arial"/>
          <w:b/>
          <w:szCs w:val="20"/>
        </w:rPr>
      </w:pPr>
    </w:p>
    <w:p w14:paraId="676D7B02" w14:textId="77777777" w:rsidR="00E109E5" w:rsidRPr="00E109E5" w:rsidRDefault="003A45D3" w:rsidP="00154CB8">
      <w:pPr>
        <w:pStyle w:val="Prrafodelista"/>
        <w:numPr>
          <w:ilvl w:val="0"/>
          <w:numId w:val="12"/>
        </w:numPr>
        <w:rPr>
          <w:rFonts w:cs="Arial"/>
          <w:szCs w:val="20"/>
        </w:rPr>
      </w:pPr>
      <w:r w:rsidRPr="00154CB8">
        <w:rPr>
          <w:rFonts w:cs="Arial"/>
          <w:b/>
          <w:szCs w:val="20"/>
        </w:rPr>
        <w:t xml:space="preserve">ANEXO 2. </w:t>
      </w:r>
    </w:p>
    <w:p w14:paraId="492A6DAA" w14:textId="64144BDA" w:rsidR="004D2DA2" w:rsidRPr="00E109E5" w:rsidRDefault="003A45D3" w:rsidP="00E109E5">
      <w:pPr>
        <w:rPr>
          <w:rFonts w:cs="Arial"/>
          <w:szCs w:val="20"/>
        </w:rPr>
      </w:pPr>
      <w:r w:rsidRPr="00E109E5">
        <w:rPr>
          <w:rFonts w:cs="Arial"/>
          <w:b/>
          <w:szCs w:val="20"/>
        </w:rPr>
        <w:t>EVIDENCIAS DE LAS ACTIVIDADES REALIZADAS</w:t>
      </w:r>
      <w:r w:rsidR="00E109E5">
        <w:rPr>
          <w:rFonts w:cs="Arial"/>
          <w:b/>
          <w:szCs w:val="20"/>
        </w:rPr>
        <w:t>.</w:t>
      </w:r>
    </w:p>
    <w:p w14:paraId="7BBDF1EA" w14:textId="77777777" w:rsidR="004D2DA2" w:rsidRPr="00D2356E" w:rsidRDefault="003A45D3" w:rsidP="00CB3DEF">
      <w:pPr>
        <w:jc w:val="both"/>
        <w:rPr>
          <w:rFonts w:cs="Arial"/>
          <w:color w:val="BFBFBF" w:themeColor="background1" w:themeShade="BF"/>
          <w:szCs w:val="20"/>
          <w:shd w:val="clear" w:color="auto" w:fill="FFFFFF"/>
        </w:rPr>
      </w:pPr>
      <w:r w:rsidRPr="00D2356E">
        <w:rPr>
          <w:rFonts w:cs="Arial"/>
          <w:color w:val="BFBFBF" w:themeColor="background1" w:themeShade="BF"/>
          <w:szCs w:val="20"/>
          <w:shd w:val="clear" w:color="auto" w:fill="FFFFFF"/>
        </w:rPr>
        <w:t>Adjuntar, cuando corresponda: actas, memorandos, informes, matrices, productos elaborados, capturas de sistemas, enlaces, registros fotográficos u otros documentos que respalden las actividades reportadas.</w:t>
      </w:r>
    </w:p>
    <w:sectPr w:rsidR="004D2DA2" w:rsidRPr="00D2356E" w:rsidSect="00DE22D0">
      <w:headerReference w:type="default" r:id="rId8"/>
      <w:pgSz w:w="12240" w:h="15840"/>
      <w:pgMar w:top="1418" w:right="1418" w:bottom="1134" w:left="1701" w:header="85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D6EF1" w14:textId="77777777" w:rsidR="000F2ED9" w:rsidRDefault="000F2ED9">
      <w:pPr>
        <w:spacing w:after="0" w:line="240" w:lineRule="auto"/>
      </w:pPr>
      <w:r>
        <w:separator/>
      </w:r>
    </w:p>
  </w:endnote>
  <w:endnote w:type="continuationSeparator" w:id="0">
    <w:p w14:paraId="6E22E4D1" w14:textId="77777777" w:rsidR="000F2ED9" w:rsidRDefault="000F2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0060" w14:textId="77777777" w:rsidR="000F2ED9" w:rsidRDefault="000F2ED9">
      <w:pPr>
        <w:spacing w:after="0" w:line="240" w:lineRule="auto"/>
      </w:pPr>
      <w:r>
        <w:separator/>
      </w:r>
    </w:p>
  </w:footnote>
  <w:footnote w:type="continuationSeparator" w:id="0">
    <w:p w14:paraId="59357C64" w14:textId="77777777" w:rsidR="000F2ED9" w:rsidRDefault="000F2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3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1"/>
      <w:gridCol w:w="5528"/>
      <w:gridCol w:w="2431"/>
    </w:tblGrid>
    <w:tr w:rsidR="00302BFC" w:rsidRPr="00DE22D0" w14:paraId="43FCA99C" w14:textId="77777777" w:rsidTr="00302BFC">
      <w:trPr>
        <w:trHeight w:val="276"/>
        <w:jc w:val="center"/>
      </w:trPr>
      <w:tc>
        <w:tcPr>
          <w:tcW w:w="1271" w:type="dxa"/>
          <w:vMerge w:val="restart"/>
          <w:vAlign w:val="center"/>
        </w:tcPr>
        <w:p w14:paraId="7383BA58" w14:textId="77777777" w:rsidR="00302BFC" w:rsidRPr="0019252C" w:rsidRDefault="00302BFC" w:rsidP="00302BFC">
          <w:pPr>
            <w:suppressAutoHyphens/>
            <w:jc w:val="center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>
            <w:rPr>
              <w:i/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1E189794" wp14:editId="2993D746">
                <wp:simplePos x="0" y="0"/>
                <wp:positionH relativeFrom="column">
                  <wp:posOffset>-5080</wp:posOffset>
                </wp:positionH>
                <wp:positionV relativeFrom="paragraph">
                  <wp:posOffset>-26670</wp:posOffset>
                </wp:positionV>
                <wp:extent cx="698500" cy="600075"/>
                <wp:effectExtent l="0" t="0" r="6350" b="9525"/>
                <wp:wrapNone/>
                <wp:docPr id="2" name="Imagen 2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5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</w:tcPr>
        <w:p w14:paraId="1C1C6FB7" w14:textId="77777777" w:rsidR="00302BFC" w:rsidRPr="00CC3BB8" w:rsidRDefault="00302BFC" w:rsidP="00302BFC">
          <w:pPr>
            <w:suppressAutoHyphens/>
            <w:spacing w:after="0"/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</w:pPr>
          <w:r w:rsidRPr="00CC3BB8"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  <w:t xml:space="preserve">NOMBRE DEL DOCUMENTO:  </w:t>
          </w:r>
        </w:p>
        <w:p w14:paraId="1F90A5C7" w14:textId="0275F71E" w:rsidR="00302BFC" w:rsidRPr="00CC3BB8" w:rsidRDefault="00302BFC" w:rsidP="00302BFC">
          <w:pPr>
            <w:suppressAutoHyphens/>
            <w:spacing w:after="0"/>
            <w:jc w:val="center"/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</w:pPr>
          <w:r w:rsidRPr="00CC3BB8"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  <w:t>INFORME MENSUAL DE ACTIVIDADES DE GESTIÓN EDUCATIVA</w:t>
          </w:r>
          <w:r w:rsidR="00292197"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  <w:t>.</w:t>
          </w:r>
        </w:p>
      </w:tc>
      <w:tc>
        <w:tcPr>
          <w:tcW w:w="2431" w:type="dxa"/>
          <w:vAlign w:val="center"/>
        </w:tcPr>
        <w:p w14:paraId="766CB8DB" w14:textId="5C27835C" w:rsidR="00302BFC" w:rsidRPr="00CC3BB8" w:rsidRDefault="00302BFC" w:rsidP="00302BFC">
          <w:pPr>
            <w:suppressAutoHyphens/>
            <w:spacing w:after="0"/>
            <w:jc w:val="center"/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</w:pPr>
          <w:r w:rsidRPr="00CC3BB8"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  <w:t>CÓDIGO: PAE-04-G-001-F-0</w:t>
          </w:r>
          <w:r w:rsidR="00133C0E"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  <w:t>01</w:t>
          </w:r>
        </w:p>
      </w:tc>
    </w:tr>
    <w:tr w:rsidR="00302BFC" w:rsidRPr="0019252C" w14:paraId="364EA417" w14:textId="77777777" w:rsidTr="00302BFC">
      <w:tblPrEx>
        <w:tblCellMar>
          <w:left w:w="108" w:type="dxa"/>
          <w:right w:w="108" w:type="dxa"/>
        </w:tblCellMar>
      </w:tblPrEx>
      <w:trPr>
        <w:trHeight w:val="64"/>
        <w:jc w:val="center"/>
      </w:trPr>
      <w:tc>
        <w:tcPr>
          <w:tcW w:w="1271" w:type="dxa"/>
          <w:vMerge/>
          <w:tcBorders>
            <w:right w:val="single" w:sz="4" w:space="0" w:color="auto"/>
          </w:tcBorders>
        </w:tcPr>
        <w:p w14:paraId="4F03AFD8" w14:textId="77777777" w:rsidR="00302BFC" w:rsidRPr="00DE22D0" w:rsidRDefault="00302BFC" w:rsidP="00302BFC">
          <w:pPr>
            <w:suppressAutoHyphens/>
            <w:rPr>
              <w:rFonts w:ascii="Calibri" w:eastAsia="Calibri" w:hAnsi="Calibri" w:cs="Calibri"/>
              <w:sz w:val="18"/>
              <w:szCs w:val="18"/>
              <w:lang w:val="es-EC" w:eastAsia="ar-SA"/>
            </w:rPr>
          </w:pPr>
        </w:p>
      </w:tc>
      <w:tc>
        <w:tcPr>
          <w:tcW w:w="552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B7DDA11" w14:textId="77777777" w:rsidR="00302BFC" w:rsidRPr="00CC3BB8" w:rsidRDefault="00302BFC" w:rsidP="00302BFC">
          <w:pPr>
            <w:suppressAutoHyphens/>
            <w:spacing w:after="0"/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</w:pPr>
          <w:r w:rsidRPr="00CC3BB8"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  <w:t>PROCEDIMIENTO:</w:t>
          </w:r>
        </w:p>
        <w:p w14:paraId="0623ADE6" w14:textId="0295DBFF" w:rsidR="00302BFC" w:rsidRPr="00CC3BB8" w:rsidRDefault="00302BFC" w:rsidP="00302BFC">
          <w:pPr>
            <w:suppressAutoHyphens/>
            <w:spacing w:after="0"/>
            <w:jc w:val="center"/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</w:pPr>
          <w:r w:rsidRPr="00CC3BB8"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  <w:t>EVALUACIÓN INTEGRAL DEL DESEMPEÑO DEL PERSONAL ACADÉMICO</w:t>
          </w:r>
          <w:r w:rsidR="00292197">
            <w:rPr>
              <w:rFonts w:ascii="Calibri" w:eastAsia="Calibri" w:hAnsi="Calibri" w:cs="Calibri"/>
              <w:bCs/>
              <w:sz w:val="18"/>
              <w:szCs w:val="18"/>
              <w:lang w:val="es-EC" w:eastAsia="ar-SA"/>
            </w:rPr>
            <w:t>.</w:t>
          </w:r>
        </w:p>
      </w:tc>
      <w:tc>
        <w:tcPr>
          <w:tcW w:w="2431" w:type="dxa"/>
          <w:tcBorders>
            <w:left w:val="single" w:sz="4" w:space="0" w:color="auto"/>
          </w:tcBorders>
          <w:vAlign w:val="center"/>
        </w:tcPr>
        <w:p w14:paraId="21D2FD5D" w14:textId="616AD4E0" w:rsidR="00302BFC" w:rsidRPr="00CC3BB8" w:rsidRDefault="00302BFC" w:rsidP="00302BFC">
          <w:pPr>
            <w:suppressAutoHyphens/>
            <w:spacing w:after="0"/>
            <w:jc w:val="center"/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</w:pP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t xml:space="preserve">VERSIÓN: </w:t>
          </w:r>
          <w:r w:rsidR="00133C0E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t>3</w:t>
          </w:r>
        </w:p>
      </w:tc>
    </w:tr>
    <w:tr w:rsidR="00302BFC" w:rsidRPr="0019252C" w14:paraId="3E8F64BE" w14:textId="77777777" w:rsidTr="00CC3BB8">
      <w:tblPrEx>
        <w:tblCellMar>
          <w:left w:w="108" w:type="dxa"/>
          <w:right w:w="108" w:type="dxa"/>
        </w:tblCellMar>
      </w:tblPrEx>
      <w:trPr>
        <w:trHeight w:val="340"/>
        <w:jc w:val="center"/>
      </w:trPr>
      <w:tc>
        <w:tcPr>
          <w:tcW w:w="1271" w:type="dxa"/>
          <w:vMerge/>
          <w:tcBorders>
            <w:right w:val="single" w:sz="4" w:space="0" w:color="auto"/>
          </w:tcBorders>
        </w:tcPr>
        <w:p w14:paraId="01F9CEE4" w14:textId="77777777" w:rsidR="00302BFC" w:rsidRPr="0019252C" w:rsidRDefault="00302BFC" w:rsidP="00302BFC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52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82ADB5" w14:textId="77777777" w:rsidR="00302BFC" w:rsidRPr="00CC3BB8" w:rsidRDefault="00302BFC" w:rsidP="00302BFC">
          <w:pPr>
            <w:suppressAutoHyphens/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</w:pPr>
        </w:p>
      </w:tc>
      <w:tc>
        <w:tcPr>
          <w:tcW w:w="2431" w:type="dxa"/>
          <w:tcBorders>
            <w:left w:val="single" w:sz="4" w:space="0" w:color="auto"/>
          </w:tcBorders>
          <w:vAlign w:val="center"/>
        </w:tcPr>
        <w:p w14:paraId="1B4EF165" w14:textId="77777777" w:rsidR="00302BFC" w:rsidRPr="00CC3BB8" w:rsidRDefault="00302BFC" w:rsidP="00302BFC">
          <w:pPr>
            <w:suppressAutoHyphens/>
            <w:spacing w:after="0"/>
            <w:jc w:val="center"/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</w:pP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t xml:space="preserve">Página </w:t>
          </w: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fldChar w:fldCharType="begin"/>
          </w: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instrText xml:space="preserve"> PAGE </w:instrText>
          </w: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fldChar w:fldCharType="separate"/>
          </w:r>
          <w:r w:rsidRPr="00CC3BB8">
            <w:rPr>
              <w:rFonts w:ascii="Calibri" w:eastAsia="Calibri" w:hAnsi="Calibri" w:cs="Calibri"/>
              <w:bCs/>
              <w:noProof/>
              <w:sz w:val="18"/>
              <w:szCs w:val="18"/>
              <w:lang w:eastAsia="ar-SA"/>
            </w:rPr>
            <w:t>1</w:t>
          </w: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fldChar w:fldCharType="end"/>
          </w: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t xml:space="preserve"> de </w:t>
          </w: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fldChar w:fldCharType="begin"/>
          </w: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instrText xml:space="preserve"> NUMPAGES  </w:instrText>
          </w: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fldChar w:fldCharType="separate"/>
          </w:r>
          <w:r w:rsidRPr="00CC3BB8">
            <w:rPr>
              <w:rFonts w:ascii="Calibri" w:eastAsia="Calibri" w:hAnsi="Calibri" w:cs="Calibri"/>
              <w:bCs/>
              <w:noProof/>
              <w:sz w:val="18"/>
              <w:szCs w:val="18"/>
              <w:lang w:eastAsia="ar-SA"/>
            </w:rPr>
            <w:t>1</w:t>
          </w:r>
          <w:r w:rsidRPr="00CC3BB8">
            <w:rPr>
              <w:rFonts w:ascii="Calibri" w:eastAsia="Calibri" w:hAnsi="Calibri" w:cs="Calibri"/>
              <w:bCs/>
              <w:sz w:val="18"/>
              <w:szCs w:val="18"/>
              <w:lang w:eastAsia="ar-SA"/>
            </w:rPr>
            <w:fldChar w:fldCharType="end"/>
          </w:r>
        </w:p>
      </w:tc>
    </w:tr>
  </w:tbl>
  <w:p w14:paraId="13C6CCCC" w14:textId="77777777" w:rsidR="00302BFC" w:rsidRDefault="00302B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316AD4"/>
    <w:multiLevelType w:val="hybridMultilevel"/>
    <w:tmpl w:val="F93050A6"/>
    <w:lvl w:ilvl="0" w:tplc="05F860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704C5"/>
    <w:multiLevelType w:val="hybridMultilevel"/>
    <w:tmpl w:val="362ED922"/>
    <w:lvl w:ilvl="0" w:tplc="653E96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F1ED7"/>
    <w:multiLevelType w:val="hybridMultilevel"/>
    <w:tmpl w:val="99C8034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284824">
    <w:abstractNumId w:val="8"/>
  </w:num>
  <w:num w:numId="2" w16cid:durableId="138615945">
    <w:abstractNumId w:val="6"/>
  </w:num>
  <w:num w:numId="3" w16cid:durableId="1423523525">
    <w:abstractNumId w:val="5"/>
  </w:num>
  <w:num w:numId="4" w16cid:durableId="271137216">
    <w:abstractNumId w:val="4"/>
  </w:num>
  <w:num w:numId="5" w16cid:durableId="1672370779">
    <w:abstractNumId w:val="7"/>
  </w:num>
  <w:num w:numId="6" w16cid:durableId="53047324">
    <w:abstractNumId w:val="3"/>
  </w:num>
  <w:num w:numId="7" w16cid:durableId="656610667">
    <w:abstractNumId w:val="2"/>
  </w:num>
  <w:num w:numId="8" w16cid:durableId="11494988">
    <w:abstractNumId w:val="1"/>
  </w:num>
  <w:num w:numId="9" w16cid:durableId="85047">
    <w:abstractNumId w:val="0"/>
  </w:num>
  <w:num w:numId="10" w16cid:durableId="239289545">
    <w:abstractNumId w:val="10"/>
  </w:num>
  <w:num w:numId="11" w16cid:durableId="1409426707">
    <w:abstractNumId w:val="9"/>
  </w:num>
  <w:num w:numId="12" w16cid:durableId="6927262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872"/>
    <w:rsid w:val="000F2ED9"/>
    <w:rsid w:val="001025CD"/>
    <w:rsid w:val="001172AE"/>
    <w:rsid w:val="00133C0E"/>
    <w:rsid w:val="0015074B"/>
    <w:rsid w:val="00154CB8"/>
    <w:rsid w:val="001931A9"/>
    <w:rsid w:val="0027044A"/>
    <w:rsid w:val="00282342"/>
    <w:rsid w:val="00292197"/>
    <w:rsid w:val="0029639D"/>
    <w:rsid w:val="002A1D9B"/>
    <w:rsid w:val="002A6F25"/>
    <w:rsid w:val="002C5859"/>
    <w:rsid w:val="002D1486"/>
    <w:rsid w:val="00302BFC"/>
    <w:rsid w:val="00326F90"/>
    <w:rsid w:val="003547F1"/>
    <w:rsid w:val="00371A90"/>
    <w:rsid w:val="003A15F9"/>
    <w:rsid w:val="003A45D3"/>
    <w:rsid w:val="003C0845"/>
    <w:rsid w:val="004134A7"/>
    <w:rsid w:val="00437D19"/>
    <w:rsid w:val="00473F64"/>
    <w:rsid w:val="00487980"/>
    <w:rsid w:val="0049531C"/>
    <w:rsid w:val="004D18D8"/>
    <w:rsid w:val="004D2DA2"/>
    <w:rsid w:val="006056F2"/>
    <w:rsid w:val="006C0896"/>
    <w:rsid w:val="006D1C5E"/>
    <w:rsid w:val="006E647C"/>
    <w:rsid w:val="00715513"/>
    <w:rsid w:val="00761389"/>
    <w:rsid w:val="00775D08"/>
    <w:rsid w:val="007B2B38"/>
    <w:rsid w:val="008A116F"/>
    <w:rsid w:val="00981C9B"/>
    <w:rsid w:val="009A241F"/>
    <w:rsid w:val="009A4955"/>
    <w:rsid w:val="009B22AB"/>
    <w:rsid w:val="009D6138"/>
    <w:rsid w:val="00AA1D8D"/>
    <w:rsid w:val="00AA280E"/>
    <w:rsid w:val="00AA2A51"/>
    <w:rsid w:val="00AB015C"/>
    <w:rsid w:val="00AE4EFB"/>
    <w:rsid w:val="00B44BBF"/>
    <w:rsid w:val="00B47730"/>
    <w:rsid w:val="00B65CFF"/>
    <w:rsid w:val="00BD4DD0"/>
    <w:rsid w:val="00BD6B59"/>
    <w:rsid w:val="00CB0664"/>
    <w:rsid w:val="00CB3DEF"/>
    <w:rsid w:val="00CC3BB8"/>
    <w:rsid w:val="00D2356E"/>
    <w:rsid w:val="00D73479"/>
    <w:rsid w:val="00DE22D0"/>
    <w:rsid w:val="00DF64A8"/>
    <w:rsid w:val="00E01E31"/>
    <w:rsid w:val="00E109E5"/>
    <w:rsid w:val="00E15B6C"/>
    <w:rsid w:val="00E91967"/>
    <w:rsid w:val="00F27790"/>
    <w:rsid w:val="00F560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681C62"/>
  <w14:defaultImageDpi w14:val="300"/>
  <w15:docId w15:val="{1305520A-23DF-48EB-AF8B-6C91D2FB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rmaltextrun">
    <w:name w:val="normaltextrun"/>
    <w:basedOn w:val="Fuentedeprrafopredeter"/>
    <w:rsid w:val="00D7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618</Words>
  <Characters>3404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VELEZ GILER HORIO NAVIGIO</cp:lastModifiedBy>
  <cp:revision>34</cp:revision>
  <cp:lastPrinted>2026-08-31T19:02:00Z</cp:lastPrinted>
  <dcterms:created xsi:type="dcterms:W3CDTF">2026-08-27T20:47:00Z</dcterms:created>
  <dcterms:modified xsi:type="dcterms:W3CDTF">2026-08-31T19:19:00Z</dcterms:modified>
  <cp:category/>
</cp:coreProperties>
</file>